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5Sd/342/2014 z 11. 4. 2017</w:t>
      </w:r>
    </w:p>
    <w:p>
      <w:r>
        <w:t>Uznesenie Krajského súdu Bratislava z 11. apríla 2017, sp. zn. 5Sd/342/2014, ECLI:SK:KSBA:2017:1014202096.2</w:t>
      </w:r>
    </w:p>
    <w:p>
      <w:r>
        <w:t>Súd: Krajský súd Bratislava</w:t>
      </w:r>
    </w:p>
    <w:p>
      <w:r>
        <w:t>Spisová značka: 5Sd/342/2014</w:t>
      </w:r>
    </w:p>
    <w:p>
      <w:r>
        <w:t>ECLI: ECLI:SK:KSBA:2017:1014202096.2</w:t>
      </w:r>
    </w:p>
    <w:p>
      <w:r>
        <w:t>Dátum vydania: 11.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5Sd/342/2014 Identifikačné číslo súdneho spisu: 1014202096 Dátum vydania rozhodnutia: 12. 04. 2017 Meno a priezvisko sudcu, VSÚ: JUDr. Milota Tóthová ECLI: ECLI:SK:KSBA:2017:1014202096.2 Uznesenie Krajský súd v Bratislave v právnej veci navrhovateľa V.. S. Z., Z. O. XXXX/XX, Z., N. F. O.Ý. Y. XXX, Y., zastúpený JUDR. Mariánom Ďurinom, advokátom so sídlom Sibírska 4, Bratislava, proti odporkyni Sociálnej poisťovni ústredie, Ul. 29. augusta č. 8-10, Bratislava, o starobný dôchodok takto r o z h o d o l : Súd konanie z a s t a v u j e . Žiaden z účastníkov nemá právo na náhradu trov konania. o d ô v o d n e n i e : Navrhovateľ návrhom zo dňa 18.12.2014 žiadal preskúmať rozhodnutie odporkyne číslo XXX XXX XXXX X zo dňa 26.11.2014, ktorým odporkyňa zamietla žiadosť navrhovateľa zo dňa 12. novembra 2014 o starobný dôchodok. Návrhom zo dňa 4.2.2015 navrhovateľ žiadal preskúmať rozhodnutie číslo XXX XXX XXXX X zo dňa 23.1.2015, ktorým odporkyňa zamietla žiadosť navrhovateľa zo dňa 12. novembra 2014 o starobný dôchodok a zmenila rozhodnutie odporkyne číslo XXX XXX XXXX X zo dňa 26.11.2014 v časti odôvodnenia. Napriek tomu, že navrhovateľ vo svojom vyjadrení zo dňa 4.4.2017 doslovne neuviedol, že berie svoje návrhy na preskúmanie rozhodnutia odporkyne späť, je nepochybné, že smerovalo k tomu, aby súd o jeho návrhoch na preskúmanie rozhodnutí odporkyne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https://www.kauzis.sk/judikatura/r/ECLI:SK:KSBA:2017:1014202096.2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