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5S/293/2014 z 27. 3. 2017</w:t>
      </w:r>
    </w:p>
    <w:p>
      <w:r>
        <w:t>Rozsudok Krajského súdu Bratislava z 27. marca 2017, sp. zn. 5S/293/2014, ECLI:SK:KSBA:2017:1014202203.2</w:t>
      </w:r>
    </w:p>
    <w:p>
      <w:r>
        <w:t>Súd: Krajský súd Bratislava</w:t>
      </w:r>
    </w:p>
    <w:p>
      <w:r>
        <w:t>Spisová značka: 5S/293/2014</w:t>
      </w:r>
    </w:p>
    <w:p>
      <w:r>
        <w:t>ECLI: ECLI:SK:KSBA:2017:1014202203.2</w:t>
      </w:r>
    </w:p>
    <w:p>
      <w:r>
        <w:t>Dátum vydania: 27. 3. 2017</w:t>
      </w:r>
    </w:p>
    <w:p>
      <w:r>
        <w:t>Forma: Rozsudok</w:t>
      </w:r>
    </w:p>
    <w:p>
      <w:r>
        <w:t>Oblasť práva: Správne právo</w:t>
      </w:r>
    </w:p>
    <w:p>
      <w:pPr>
        <w:pStyle w:val="Heading2"/>
      </w:pPr>
      <w:r>
        <w:t>Text rozhodnutia</w:t>
      </w:r>
    </w:p>
    <w:p>
      <w:r>
        <w:t>Súd: Krajský súd Bratislava Spisová značka: 5S/293/2014 Identifikačné číslo súdneho spisu: 1014202203 Dátum vydania rozhodnutia: 28. 03. 2017 Meno a priezvisko sudcu, VSÚ: JUDr. Viera Šebestová ECLI: ECLI:SK:KSBA:2017:1014202203.2 ROZSUDOK V MENE SLOVENSKEJ REPUBLIKY Krajský súd v Bratislave v senáte zloženom z predsedníčky senátu JUDr. Viery Šebestovej a členiek senátu JUDr. Dáši Filovej a JUDr. Evy Fulcovej, v právnej veci žalobcu: v 1/ rade: Základná organizácia Slovenského zväzu záhradkárov 3 - 11, Osada č. 12, Krasňany, v 2/ rade: K.. L. N., U. 6, F., 3/ K. Y., Q. XXX, F., 4/ H. Veronika, Q. XXX, F., 5/ F. N., L. XX, F., 6/ Y. R., V. námestie XX, F., 7/ E. V., U. XX, F., 8/ U. K., Na F. 7, F., 9/ U. R., H. 3, F., XX/ C. Y., V. 9, F., XX/ N. H., A. XX, F., XX/ K.. L. U., E. 1, F., XX/ K.. U. L., E. 1, F. XX/ K.. V. C., L. 5, F., XX/ T. Y., V. XXX/XX, F., XX/ T. S., H. XX, F., XX/ V. L., Y. XX, F., XX/ R. M., W. A. I/Xa, F., XX/ R. M., U. XX, F., XX/ U. Y., O. XX, F., XX/ S. Y., U. XX, F., XX/ N. V., U. hrdlo XX, F., XX/ T. K., Q. XX, F., XX/ L. V., U. XX, T., XX/ L. U., T. XXX/XX, Y., XX/ L. U., Za farou 4, F., XX/ V. C., F. XX, F., XX/ Y.. Y. J., O. XX, F., XX/ F. U., U. XXXX/XX, F., XX/ R. R., Y. XX, F., XX/ Y. R., F. XXX, U., XX/ Z. M., R. 6, F., 33/ Grunský T., A. XX, F., XX/ S. W., V. 6, F., XX/ U. H., U. 3, F., XX/ R. R., W. XX, F., XX/ S. T., A. F. 7, F., XX/ F. R., V. 6, F., XX/ M. M., L. XX, F., XX/ F. U., T. starom letisku XX, F., XX/ K.. E.. I. Y., M. 4, F., XX/ L. Y., Q. 7, F., XX/ U. T., M.R.U. 3, Z., XX/ T. T., S. XX, F., XX/ T. Y., F. XX, F., XX/ L. M., L. 6, F., XX/ T. K., F. 20, F., XX/ U. U., V. 1, F., XX/ K.. U. R., Y. XX, F., XX/ F. Y., U. XX, F., XX/ L. K., M. 1, F., XX/ T. Y., M. 6, F., XX/ L. Y., M. XX, F., XX/ M. X., H. XXX, H., XX/ N. E., Q. XX, F., XX/ F. N., kpt. C. XX, F., XX/ W. Y., F. 7, F., XX/ Q. E., V. XX, F., XX/ U. E., Y. XX, F., XX/ Y.. F. H., V. XX, F., XX/ R. Y., H. XX, F., XX/ Y. U., Y. 7, Bratislava, všetci zastúpení: JUDr. Klučková, advokátka s.r.o., Pluhová 29, 831 03 Bratislava, proti žalovanému: Okresný úrad Bratislava, odbor opravných prostriedkov, referát poľnohospodárstva, Tomášikova 46, 832 05 Bratislava, o preskúmanie zákonnosti rozhodnutia žalovaného Naša značka: OU-BA-OOP4-2014/3/9686-VSK zo dňa 29.10.2014, takto r o z h o d o l : Krajský súd v Bratislave napadnuté rozhodnutie žalovaného Naša značka: OU-BA-OOP4-2014/3/9686- VSK zo dňa 29.10.2014 a rozhodnutie Okresného úradu Bratislava, pozemkový a lesný odbor, Trenčianska 55, 821 09 Bratislava Zn.: OU-BA-PLO-2014/46423/150450-KKO zo dňa 18.08.2014 z r u š u j e podľa ust. § 191 ods. 1 písm. c/ SSP a vec vracia žalovanému na ďalšie konanie. Žalobcom v 1/ až 62/ rade voči žalovanému priznáva plnú náhradu trov konania. o d ô v o d n e n i e : 1/ Okresný úrad Bratislava, pozemkový a lesný odbor, Trenčianska 55, 821 09 Bratislava (ďalej iba „prvostupňový orgán verejnej správy“) Zn.: OU-BA-PLO-2014/46423/150450-KKO zo dňa 18.08.2014 rozhodol tak, že konanie v zmysle § 7 ods. 1 zákona č. 64/1997 Z.z. o užívaní pozemkov v zriadených záhradkových osadách a vysporiadaní vlastníctva k nim (ďalej iba „záhradkový zákon“) na konanie o vyporiadanie vlastníctva pozemkov v záhradkovej osade A., k.ú. C., v zmysle § 30 ods. 1 písm. a/, d/ v spojení s § 46 Správneho poriadku v zmysle § 7 ods. 1 záhradkového zákona vo veci ZO L. X-XX F. V., Osada č. 12, k.ú. W. Y., začaté na základe návrhu podaného dňa 15.12.2008 na Obvodný pozemkový úrad Bratislava zastavil. 2/ Z odôvodnenia rozhodnutia vyplýva, že dňa 15.12.2008 bol doručený prvostupňovému orgánu verejnej správy návrh na začatie konania o vyporiadanie vlastníctva pozemkov, ktoré sú súčasťou ZO SZZ X-XX F., V., I. č. XX, k.ú. W. Y. v zmysle § 7 ods. 1 záhradkového zákona. Prvostupňový orgán verejnej správy vyzval listom zo dňa 04.03.2014 žalobcu v 1/ rade, aby do spisu založil doklady: A/ zmluvy preukazujúce splnenie podmienky v ust. § 2 ods. 2 záhradkového zákona, t.j. zmluvy uzavreté medzi členmi ZO na jednej strane a záhradkárskou, poľnohospodárskou alebo inou organizáciou na druhej strane; B/ rozhodnutie o využití územia podľa § 32 písm. b/ Stavebného zákona a to za účelom preukázania legálnosti zriadenia záhradkovej osady; C/ aby žalobca v 1. rade uviedol do súladu zoznamy užívateľov pozemku v záhradkovej osade, ktoré sa nachádzajú v administratívnom spise (teda v podstate, aby predložil aktuálny zoznam užívateľov), pričom ku každému užívateľovi treba doplniť aj číslo parcely, ktorú užíva aj jej výmeru; D/ zoznam vlastníkov pôvodných nehnuteľností (parciel) aj s uvedením čísla parciel, výmery a druhu pozemku, ako aj spoluvlastníckych podielov jednotlivých vlastníkov; E/ dôkaz o tom, že ku dňu podania návrh na začatie konania, t.j. ku dňu 15.12.2008 boli splnené podmienky podľa § 7 ods. 1 záhradkového zákona. V súlade s citovaným ustanovením je teda potrebné preukázať, že v čase podania návrhu na začatie konania boli splnené podmienky: - že užívatelia pozemkov ZO L. X-XX V., I. č. XX, ešte pred podaním návrhu na začatie konania oslovili vlastníkov pozemkov, na ktorých sa nachádza táto záhradková osada, a to prostredníctvom návrhov kúpnych zmlúv, - že vlastníci, ktorí obdržali návrh kúpnej zmluvy, odmietli uzavrieť kúpnu zmluvu (teda odmietli predložený návrh kúpnej zmluvy), prípadne sa ku návrhu kúpnej zmluvy vôbec nevyjadrili. Z uvedených skutočností teda vyplýva, že do spisu treba doložiť návrhy kúpnych zmlúv, ako aj podacie lístky alebo podacie hárky, ktoré budú potvrdzovať doručenie kúpnych zmlúv vlastníkom pozemkov a ich negatívnu reakciu na tento návrh, pričom tak doručenie kúpnych zmlúv, ako aj reakcia vlastníkov (alebo žiadna reakcia vlastníkov), musia časovo spadať do obdobia ešte pred podaním návrhu na začatie konania. 3/ K bodu A/ prvostupňový orgán verejnej správy uviedol, že všetkých 56 predložených zmlúv bolo uzavretých dňa 02.01.2014, ale v predložených nájomných zmlúv však podstatná náležitosť nájomnej zmluvy absentuje ( určenie výšky nájomného, t.j. odplaty za užívanie veci nájomcovi, alebo aspoň spôsob jej určenia). K bodu B/ uviedol, že súčasťou návrhu na začatie konania nebolo rozhodnutie o využití územia podľa § 32 písm. b/ Stavebného zákona. Na to, aby záhradková osada vznikla legálne, teda v súlade s právnymi predpismi platnými a účinnými v čase jej vzniku, bolo nevyhnutné, aby príslušný orgán vydal rozhodnutie o využití územia - na jeho základe by sa určil územný obvod záhradkovej osady. Záhradkové osady bez územného rozhodnutia sú nelegálne a môžu byť predmetom vydania v reštitučnom konania. Keďže nebol dodržaný celý v tom čase zákonom vyžadovaný postup na zriadenie záhradkovej osady nemožno v tomto prípade považovať žalobcov za užívateľov, zákonite teda žalobcovia nie sú účastníkmi podľa § 6 písm. a/ záhradkového zákona a nemôžu podať kvalifikovaný návrh na začatie konania podľa § 7 záhradkového zákona a už táto skutočnosť sama o sebe je dostatočným dôvodom na zastavenie konania podľa § 31 ods. 1 písm. a/ Správneho poriadku. Ďalej v rozhodnutí poukázal na ustálenú judikatúru Najvyššieho súdu SR a to rozsudky sp. zn. 1Sžr/178/2012 zo dňa 08.10.2013, rozsudok Krajského súdu v Bratislave, sp.zn. 1S/15/2002, ktorý bol potvrdený rozsudkom Najvyššieho súdu SR sp. zn. 2Sžo/82/2010, sp. zn. 1Sžr/178/2010 zo dňa 08.10.2012, 2Sžo/82/2010 zo dňa 23.06.2010, rozsudok Okresného súdu Bratislava IV sp. zn. 11C/96/2010 zo dňa 20.03.2012. V tejto súvislosti poukazuje, že absenciou územného rozhodnutia treba tiež pripomenúť, že nesplnením podmienky uvedenej v § 2 ods. 1 záhradkového zákona nemôže byť splnená ani podmienky uvedená v § 2 ods. 2, pretože nájomcom alebo užívateľom môže byť len člen legálne zriadenej záhradkovej osady. Vyplýva to z ust. § 2 ods. 2 záhradkového zákona „nájomcom alebo užívateľom pozemkov zriadenej záhradkovej osade (ďalej len užívateľ) sa rozumie člen záhradkárskej organizácie, ktorý na základe zmluvy so záhradkárskou organizáciou, poľnohospodárskou organizáciou alebo inou organizáciou tieto pozemky obhospodaruje a užíva tieto pozemky, ktoré slúžia všetkým členom záhradkárskej organizácie, najmä pozemky, na ktorých sú vybudované prístupové cesty, spoločné hygienické, rekreačné a iné prevádzkové zariadenia (ďalej len spoločný pozemok). Z logického a teleologického výkladu jednotlivých zákonných ustanovení vychádzajúc z predmetu právnej úpravy zákona vyplýva, že užívateľom, ktorý má aktívnu procesnú legitimáciu sa rozumie užívateľ zriadenej záhradkovej osady. Ak nejde o zriadenú záhradkovú osadu, nejde ani o užívateľov pozemkov zriadenej záhradkovej osady, t.j. takých užívateľov, ktorí sú oprávnení podať návrh na začatie konania. V konečnom dôsledku to znamená, že nejde o účastníkov správneho konania, v ktorom sa aplikujú ustanovenia záhradkového zákona (rozsudok NSSR sp.zn. 1Sžr/178/2012 zo dňa 18.10.2013). K bodu C/ uviedol, že tento bol splnený, keďže bol predložený aktuálny zoznam užívateľov k aprílu 2014 v zmysle jeho požiadaviek. K bodu D/ uviedol, že táto požiadavka bola splnená - do spisu bola založená tabuľka znázorňujúca uvedené skutočnosti, ako aj listy vlastníctva (vytlačené z internetovej stránky www.katasterportal.sk &lt;http://www.katasterportal.sk&gt;), z ktorých vyplýva vlastníctvo pôvodných vlastníkov k jednotlivým parcelám. K bodu E/ uviedol, že nebola splnená podmienka podľa § 7 ods. 1 záhradkového zákona, nakoľko z obsahu spisu je zrejmé, že títo nepredstavujú nadpolovičnú väčšinu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4/ Z predložených dôkazov a dokladov založených žalobcami vyplýva, že žalobcovia nie sú užívateľmi oprávnenými podať návrh na začatie konania v zmysle zákona, a to z dôvodu nesplnenia podmienok uvedených v § 2 ods. 1, 2 ako aj v § 7 ods. 1 záhradkového zákona a títo nemôžu byť považovaní za účastníkov správneho konania, predmetom ktorého je majetkové vysporiadanie pozemkov v zriadených záhradkových osadách. Užívateľov pozemkov záhradkovej osade nemožno z toho dôvodu považovať za účastníkov konania, nakoľko z obsahu spisu je zrejmé, že títo nepredstavujú nadpolovičnú väčšinu užívateľov, ktorí užívajú nadpolovičnú výmeru plochy a prislúchajúci podiel z výmery spoločných pozemkov a ktorí preukázali, že vlastníci odmietli k týmto pozemkom uzavrieť kúpnu zmluvu s návrhom ceny najmänej vo výške náhrady uvedenej v § 11, alebo že vlastníci sa k návrhu kúpnej zmluvy nevyjadrili. Podľa § 30 ods. 1 Správneho poriadku vzhľadom na uvedené správny orgán konanie zastavil. V súlade s ustálenou judikatúrou zastaviť správne konanie možno v ktoromkoľvek štádiu správneho konania. Ak správny orgán vo svojich záveroch, že tu existuje niektorý z dôvodov na zastavenie konania, toto konanie obligatórne zastaví. Vlastnícke a užívacie vzťahy medzi vlastníkmi pozemkov a navrhovateľmi je možné vysporiadať len v občianskoprávnom konaní podľa občianskeho zákonníka a nie je možné pokračovať v správnom konaní. 5/ Žalobcovia proti rozhodnutiu Zn.: OU-BA-PLO-2014/46423/150450-KKO zo dňa 18.08.2014 podali odvolanie. K bodu A/ rozhodnutia uviedli, že z ust. § 2 ods. 2 záhradkového zákona nevyplýva, že sa musí jednať o nájomnú zmluvu. Do konania boli predložené zmluvy, ktoré sú podpísané záhradkárskou organizáciou na jednej strane a užívateľmi - jej členmi na strane druhej. Zmluvy majú písomnú formu, bez ohľadu na to, či platia alebo neplatia nájomné. Na viac v zmysle § 3 ods. 1 záhradkového zákona vznikol medzi užívateľmi záhradiek a jej vlastníkom zákonný nájomný vzťah, kedy § 2 ods. 2 tohto zákona definuje užívateľa ku dňu účinnosti tohto zákona a na základe stavu ku dňu účinnosti záhradkového zákona zakladá zákonný nájomný vzťah. Z predložených dokladov je zrejmé, že žalobcovia užívajú svoje záhradky na základe zmluvy so záhradkárskou organizáciou. K bodu B/ rozhodnutia žalobcovia, že pravdepodobne nebolo vydané územné rozhodnutie uviedli, že je zrejmé, že už v roku 1972 záhradková osada existovala, čo konštatuje aj správny orgán, kde sa odvoláva aj na ustanovenie zmluvy z roku 1981, ktorá ruší zmluvu zo dňa 20.07.1972. Od roku 1972 bolo uvedené územie využívané ako záhradky, žalobcovia boli riadne členmi organizácie, platili členské poplatky, v súlade so zákonom im bola štátom umožnená stavba chatiek na tomto území, štátu platili dane z nehnuteľnosti tak za stavbu, ako aj za pozemky. Sám orgán verejnej správy pri vydaní rozhodnutia o umiestnení záhradkovej osady konštatuje, že sa tak malo postupovať od účinnosti vyhl. č. 83/1976, t.j. od 01.10.1976. K bodu E/ rozhodnutia žalobcovia uviedli, že správny orgán požaduje listiny, na ktoré nie je oprávnený. V zmysle § 7 ods. 1 záhradkového zákona je potrebné preukázať, že vlastníci dotknutých pozemkov nemajú záujem na uzavretí kúpnych zmlúv s užívateľmi, čo preukázané bolo, preto bola splnená aj táto požiadavka prvostupňového orgánu. 6/ Žalovaný rozhodnutí č. OU-BA-OOP4-2014/3/9686-VSK zo dňa 29.10.2014 uviedol k bodu B/ prvostupňového, že žalobcovia nepredložili k zmluve o dočasnom užívaní pozemkov uzavretej dňa 12.01.1981 písomný doklad o vydaní rozhodnutia o využití územia (príslušným Okresným národným výborom alebo Miestnym národným výborom) podľa ust. §§ 32 písm. b/, §37, § 38 a §117 Stavebného zákona a podľa § 52 až 58 vyhl. č. 83/1976 Zb. Žalovaný poukázal na rozsudky: Okresný súd Bratislava IV sp.zn. 11C/96/2010 zo dňa 20.03.2012, uznesenie Najvyššieho súdu SR sp.zn. 10Sžr/170/2010 zo dňa 27.02.2013. Žalovaný zastáva názor, uzavretá zmluva o dočasnom užívaní pozemku zo dňa 12.01.1981 (aj zrušená zmluva dňa 20.07.1972) nenadobudla účinnosť a keď nebolo vydané územné rozhodnutie. ZO SZZ X-XX F. V. nebola zriadená k 24.06.1991, nebola splnená podmienka podľa ust. § 2 ods. 1 záhradkového zákona a jej členovia užívajú uvedené pozemky nelegálne. Nesplnením podmienky podľa § 2 ods. 1 záhradkového zákona nemôže byť splnená podmienka podľa § 2 ods. 2 tohto zákona, že členovia ZO SZZ X-XX F. Krasňany sú legálnymi užívateľmi uvedených pozemkov. Nájomcom alebo užívateľom môže byť len člen zriadenej záhradkárskej osady. Uvedené zákonné podmienky nie sú splnené, a preto nemôže vzniknúť zákonný nájom medzi vlastníkom a užívateľom podľa § 3 ods. 1 záhradkového zákona. Nesplnením vyššie uvedených zákonných podmienok nie je splnená ani podmienka podľa ust. § 6 písm. a/, d/ záhradkového zákona a žalobcovia nie sú účastníkmi tohto správneho konania. Žalovaný k bodu E/ prvostupňového rozhodnutia uviedol, že nebola splnená podmienka podľa § 7 ods. 1 záhradkového zákona, pretože žalobcovia nie sú legálnymi užívateľmi uvedených pozemkov a nemôžu podať návrh na začatie konania, pretože v administratívnom spise nie je dôkaz o tom, že užívatelia uvedených pozemkov preukázali, že vlastníci odmietli uzavrieť návrh kúpnej zmluvy pred podaním návrhu na začatie konania dňa 15.12.2008. Podľa § 32 ods. 2 Správneho poriadku odbor správne rozhodol o tom, že nepripúšťa čestné prehlásenie ako dôkaz o splnení podmienky podľa ust. § 7 ods. 1 záhradkového zákona - výlučné právo odboru, a v danom prípade nejde o jednostranný prejav vôle účastníka správneho konania. Prvostupňový orgán verejnej správy žiadal podaním zo dňa 04.03.2013 predložiť “...návrhy kúpnych zmlúv a podacie lístky či podacie hárky, ktoré budú potvrdzovať predloženie návrhu kúpnej zmluvy vlastníkom pozemkov ešte pred podaním návrhu na začatie konania“. V tejto súvislosti poukazoval žalovaný na rozsudok Najvyššieho súdu SR sp.zn. 2 Sžo 242/2009 zo dňa 23.10.2010, sp. zn. 1Sžr/178/2012 zo dňa 08.10.2013. 7/ Žalovaný zastáva názor, že bola splnená zákonná podmienka podľa § 30 ods. 1 písm. a/ Správneho poriadku - ten kto podal návrh na začatie konania, nie je účastníkom konania a nejde o konanie, ktoré môže začať prvostupňový orgán verejnej správy. Takže bola splnená podmienky podľa ust. § 30 ods. 1 písm. d/ Správneho poriadku - na výzvu bývalého OPÚ v Bratislave a ani v predĺženej lehote neboli odstránené nedostatky podania a v písomnej výzve boli riadne poučený o tom, že konanie bude zastavené. Žalovaný konštatuje, že podané odvolanie proti prvostupňovému rozhodnutiu Zn.: OU-BA- PLO-2014/46423/150450-KKO zo dňa 18.08.2014, že nesplnením podmienok podľa ust. § 2 ods. 1, ust. § 2 ods. 2, ust. § 3 ods. 1, ust. § 6 písm. a/, b/, ust. § 7 ods. 1 záhradkového zákona a podľa ust. § 30 ods. 1 písm. a/, d/ Správneho poriadku sú námietky nedôvodné. Právne vzťahy medzi užívateľmi a vlastníkmi pozemkov je možné právne vysporiadať v občianskoprávnom konaní podľa Občianskeho zákonníka. Prvostupňový správny orgán postupoval v celom konaní v súlade so zákonom a preto rozhodol žalovaný tak, že odvolanie žalobcov zamietol a prvostupňové rozhodnutie zo dňa 18.08.2014 potvrdil. II. 8/ Žalobcovia sa žalobou doručenou súdu dňa 31.12.2014 domáhali zrušenia napadnutého rozhodnutia žalovaného zo dňa 29.10.2014 ako aj prvostupňového rozhodnutia zo dňa 18.08.2014 a vrátenia veci žalovanému na ďalšie konanie. Žalobcovia uvádzajú, že správny orgán zastavil predmetné konanie vo veci návrhu na začatie konania o vysporiadanie vlastníctva pozemkov, pre nesplnenie podmienok na začatie konania v zmysle § 7 ods. 1 záhradkového zákona a to: 1/ nepodanie návrhu kvalifikovanými osobami, keďže správny orgán skonštatoval nesplnenie podmienky uvedenej v ust. § 2 ods. 2 záhradkového zákona - nedoloženie zmlúv uzavretých medzi členmi záhradkárskej organizácie a samotnou záhradkárskou organizáciou, 2/ nepodanie návrhu kvalifikovanými osobami - keďže správny orgán má za to, že užívatelia definovaných návrhom nie sú užívateľmi v zmysle § 2 ods. 2 záhradkového zákona, keďže záhradková osada - osada č. XX, ZO L. X-XX F., V. nie je legálne zriadenou záhradkovou osadou, 3/ nepodanie návrhu kvalifikovanými osobami - nesplnenie podmienky preukázané, že vlastníci pozemkov neakceptovali návrh na uzavretie kúpnej zmluvy. 9/ Žalobcovia majú za to, že obe rozhodnutia správnych orgánov pri ich vydaní vychádzali z nesprávneho právneho posúdenia veci a tým boli ukrátení na svojich právach. Návrh bol podaný v roku 2008, t.j. správny orgán po 6 rokoch vydal rozhodnutie, ktorým konanie zastavil a to z toho dôvodu, že návrh nebol podaný kvalifikovaným subjektom. Podmienky aktívnej legitimácie je základnou podmienkou na začatie konania a správny orgán mal za to, že táto nie je splnená, čo k uvedenému záveru mal dospieť ihneď po podaní návrhu a nie po 6rokoch. 10/ K nepodanie návrhu kvalifikovanými osobami a to nesplnenie podmienky uvedenej v ust. § 2 ods. 2 záhradkového zákona - nedoloženie zmlúv uzavretých medzi členmi záhradkárskej organizácie a samotnou záhradkovou osadou žalobcovia uvádzajú, že z uvedeného ustanovenia nevyplýva, že sa musí jednať o nájomnú zmluvu, ako si uvedené nesprávne vyvodil správny orgán. Do konania boli predložené zmluvy, ktoré sú podpísané záhradkárskou organizáciou na jednej strane a užívateľmi jej členmi na strane druhej. V prípade, ak táto zmluva označená ako nájomná zmluva neobsahujú všetky podstatné náležitosti nájomnej zmluvy je ju potrebné posudzovať podľa jej názvu, kde je zrejmé a zo zmluvy vyplýva, že užívatelia - navrhovatelia užívajú svoje záhradky legálne na základe zmluvy so záhradkárskou organizáciou, ktorá má písomnú formu bez ohľadu na to, či platia alebo neplatia nájomné. Žalobcovi sú členmi ZO SZZ X-XX F., V. a to prevažne od jej vzniku, riadne platia členské poplatky, uvedená skutočnosť je nesporná a v konaní preukázaná, svoje záhradky užívajú so súhlasom organizácie a je absurdným spochybňovaním ich postavenia ako členov ZO L. X-XX F., V.. 11/ K nepodaniu návrhu kvalifikovanými osobami, keď správny orgán má za to, že užívatelia definovaní v návrhu nie sú užívateľmi v zmysle § 2 ods. 2 záhradkového zákona, keďže záhradková osada nie je legálne zriadenou záhradkovou osadou s týmto názorom sa žalobcovia nestotožňujú. Správny orgán má za to, že záhradková osada nie je legálne zriadenou záhradkovou osadou a to z dôvodu, že nebolo doložené v správnom konaní a pravdepodobne ani nebolo vydané územné rozhodnutie o užívaní územia pre umiestnenie záhradkovej osady v predmetnej oblasti. Žalobcovia uvádzajú a poukazujú na ust. § 2 ods. 1 záhradkového zákona ako aj na výklad k záhradkovému zákonu, z ktorého vyplýva, že v prípade ak neexistuje územné rozhodnutie, ak však poskytnutie pôdy bolo na zmluvnom základe, nie je možné hovoriť na nelegálnom zriadení záhradkovej osady. V konaní bola doložená Zmluva o dočasnom užívaní zo dňa 12.01.1981, ktorá bola uzavretá medzi záhradkárskou organizáciou a štátom - Obvodným národným výborom Bratislava III, odbor miestneho hospodárstva, obchodu, dopravy a poľnohospodárstva a teda samotný štát oprávnil organizáciu na užívanie pôdy na záhradky. Nejednalo sa o žiadne svojvoľné zabratie pôdy záhradkármi, štát s uvedeným súhlasil a teda považoval všetky podmienky za splnené. Už od roku 1972 záhradková osada existovala, čo aj konštatuje správny orgán, kedy sa odvoláva na ustanovenia zmluvy z roku 1981. Správny orgán má vedomosť o existencii stavebných povolení na chatky v oblasti, napriek tomu ako zásadné cituje domnienku Magistrátu hlavného mesta SR Bratislavy o neexistencii rozhodnutí oprávňujúcich predmetné územie užívať ako záhradky. V rámci citácie jednotlivých súdnych rozhodnutí správneho orgánu poukazujú žalobcovia na rozsudok Krajského súdu v Bratislave sp.zn. 19S/15/02 zo dňa 10.12.2002 o postupe pri zriaďovaní záhradkovej osady a to s prvým krokom vydania rozhodnutia o užívaní územia, avšak sám správny orgán konštatuje, že tak malo byť postupované od účinnosti vyhlášky č. 83/1976, t.j. od 01.10.1976 a záhradková osada bola zriadená už v roku 1972. Žalobcovia riadne užívali svoje pozemky, mali riadne uzavreté zmluvy, dodržiavali právne predpisy a nedopustili sa žiadneho protiprávneho konania. 12/ Nepodanie návrhu kvalifikovanými osobami - nesplnenie podmienky preukázanie, že vlastníci pozemkov neakceptovali návrhy na uzavretie zmluvy s týmto konštatovaním žalovaného žalobcovia nesúhlasia a uvádzajú, že správny orgán požaduje listiny na ktoré nie je oprávnený v zmysle § 7 ods. 1 záhradkového zákona. Žalobcovia uvádzajú, že je potrebné preukázanie skutočnosti, že vlastníci dotknutých pozemkov nemajú záujem na uzavretí kúpnych zmlúv s užívateľmi v zmysle záhradkového zákona. V konaní boli doložené dôkazy, ktoré preukazujú, že vlastníci oslovení boli. V konaní boli doložené dôkazy, ktoré uvedené preukazujú, pričom správny orgán ich odmietol z dôvodu nedoloženia podacích lístkov, kúpených zmlúv. Správny orgán nesprávne hodnotil dôkazy za účelom preukázania určitej zákonom vyžadovanej skutočnosti, nemôže správny orgán stanoviť jediný spôsob preukázania tejto skutočnosti. Žalobcovia majú za to, že bola splnená podmienky v zmysle § 7 ods. 1 záhradkového zákona a návrh bol podaný kvalifikovane užívateľmi pozemkov, ktorí užívajú nadpolovičnú výmeru plochy a ktorí preukázali, že vlastníci odmietli k týmto pozemkom uzavrieť kúpnu zmluvu. Zároveň žalobcovia poukazujú na porušenie základných zásad správneho konania uvedených v § 3 správneho poriadku. III. 13/ Žalovaný vo vyjadrení k žalobe uviedol, že procesné rozhodnutie žalovaného zo dňa 29.10.2014 zamietol odvolanie užívateľov pozemkov - členov ZO SZZ 3-11 F., V. - A. osada č. XX a potvrdil rozhodnutie prvostupňového orgánu verejnej správy zo dňa 18.08.2014, ktorým zastavil správne konanie podľa § 30 ods. 1 písm. a/, d/ Správneho poriadku vo veci návrhu na začatie konania v zmysle § 7 ods. 1 záhradkového zákona. Žalovaný procesným rozhodnutím nerozhodol vo veci samej, ale ako druhostupňový orgán verejnej správy podľa § 59 ods. 2 Správneho poriadku. 14/ Užívatelia pozemkov v predloženom návrhu zo dňa 15.12.2008 nepreukázali, že splnili podmienky zo zákona podľa § 2 ods. 1 zriadenie záhradkovej osady do 24.06.1991. Ďalej nepreukázali splnenie podmienky zo zákona podľa § 2 ods. 2, že sú legálnymi nájomcami alebo užívateľmi predmetných pozemkov. Zmluva o dočasnom užívaní pozemkov uzavretá dňa 12.01.1981 na dobu určitú do 31.12.2005 na pozemkoch parc. č. XXXX, XXXX, XXXX/X, XXXX/X, XXXX, XXXXX a XXXXX/X o celkovej výmere XX,XXXX ha bola uzavretá v rozpore s prvými platnými právnymi predpismi - nebolo vydané rozhodnutie o užívaní územia podľa § 32, § 37, § 38 a § 117 Stavebného zákona a podľa § 52 až 58 vyhl. č. 83/1976 Zb. Žalovaný zastáva názor, že vyššie citovaná zmluva nenadobudla účinnosť a členovia ZO SZZ 3-11 Bratislava, Krasňany užívajú predmetné pozemky nelegálne v rozpore s platnými právnymi predpismi. Svoje rozhodnutie žalovaný oprel o ustálenú judikatúru NS SR - rozsudok sp.zn. 2Sžo/82/2010 zo dňa 23.06.2010, rozsudok sp.zn. 10Sžr/170/2011 zo dňa 27.02.2013, rozsudok sp.zn. 10Sžr/113/2012 zo dňa 21.08.2013, sp.zn. 1Sžr/178/2012 zo dňa 08.10.2013 a rozsudok sp.zn. 1Sžr/40/2013 zo dňa 10.06.2014. 15/ Žalovaný zastáva názor, že nesplnením podmienky v § 2 ods. 2 záhradkového zákona nedošlo k vzniku zákonného nájmu medzi užívateľom a vlastníkom podľa § 3 ods. 1 a záhradková organizácia podľa § 6 písm. a/, b/ zákona nie sú účastníkmi tohto konania. Žalovaný uviedol, že s poukazom na ust. § 7 ods. 1 záhradkového zákona členovia ZO SZZ 3-11 F. V. nie sú legálnymi užívateľmi predmetných pozemkov a preto nemôžu podať návrh na začatie konania. a nesplnenie náležitostí návrhu na začatie konania podľa tohto ustanovenia bolo dostatočným dôvodom na zamietnutie návrhu. Žalovaný na základe právneho stavu naďalej zastáva názor, že boli splnené podmienky podľa § 30 ods. 1 písm. a/, d/ Správneho poriadku. Žalobca neuviedol žiadne nové skutočnosti alebo dôkazy, ktoré by preukazovali porušenie platných právnych predpisov zo strany orgánu verejnej správy. Členovia ZO SZZ X-XX F., V. naďalej neoprávnene užívajú predmetné pozemky a vlastníctvo k nim nie je možné vyporiadať podľa zákona. Vzhľadom na uvedené žiadajú, aby súd žalobu ako nedôvodnú zamietol. IV. 16/ Krajský súd v Bratislave, ako súd vecne príslušný na konanie vo veci podľa ust. §10 SSP, preskúmal napadnuté rozhodnutie a dospel k záveru, že žaloba je dôvodná. 17/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Podľa § 1 ods. 1 písm. b/ záhradkového zákona, tento zákon upravuje postup obvodných pozemkových úradov, vlastníkov pozemkov v zriadených záhradkových osadách (ďalej len ,,vlastníci“) , nájomcov a užívateľov pozemkov v zriadených záhradkových osadách a Slovenského pozemkového fondu v konaní o pozemkových úpravách podľa osobitného predpisu (ďalej len „konanie“ ) na účely vyporiadania vlastníctva k pozemkom v zriadených záhradkových osadách. 22/ Podľa § 2 ods. 1 a 2 záhradkového zákona, zriadenou záhradkovou osadou sa rozumie záhradková osada zriadená do 24.06.1991 na pozemkoch, ku ktorým bola uzavretá zmluva o dočasnom užívaní pozemku medzi Slovenským zväzom záhradkárov, Slovenským zväzom chovateľov alebo jeho organizačnou zložkou (ďalej len ,,záhradkárska organizácia ),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Nájomcom alebo užívateľom pozemkov v zriadenej záhradkovej osade (ďalej len „užívateľ“ )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 (ďalej len „spoločný pozemok“) . 23/ Podľa § 3 ods. 1 záhradkového zákona, ak medzi vlastníkom a užívateľom nebola uzavretá nájomná zmluva podľa osobitného predpisu, vznikne medzi nimi dňom nadobudnutia účinnosti tohto zákona nájomný vzťah. 24/ Podľa § 6 záhradkového zákona, účastníkmi konania sú a/ užívatelia, b/ záhradkárska organizácia, c/ vlastníci, d/ Slovenský pozemkový fond. 25/ Podľa § 7 ods. 1 záhradkového zákona,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26/ Úlohou súdu bolo preskúmať zákonnosť rozhodnutia žalovaného Naša značka: OU-BA- OOP4-2014/3/9686-VSK zo dňa 29.10.2014 vo vec odvolania žalobcu v 1/ rade proti rozhodnutiu Okresného úradu Bratislava, pozemkový a lesný odbor, zn. OU-BA-PLO-2014/46423/150450-KKO zo dňa 18.08.2014 o zastavení správneho konania podľa § 30 ods. 1 písm. a/, d/ Správneho poriadku vo veci návrhu na začatie konania v zmysle § 7 ods. 1 záhradkového zákona, ktorým rozhodol tak, že odvolanie zástupcov zamietol a rozhodnutie odboru zn. OU-BA-PLO-2014/46423/150450-KKO zo dňa 18.08.2014 potvrdil. 27/ Súd z pripojeného administratívneho spisu zistil, že žalobca v 1. rade podal na prvostupňový orgán verejnej správy dňa 15.12.2008 návrh na začatie konania podľa ust. § 7 záhradkového zákona. Podľa vyjadrenia tajomníka RV SZZ v liste zn. 2042/2002 zo dňa 06.12.2002 žalobca v 1. rade vznikol dňa 18.11.1964 na ustanovujúcej schôdzi zaregistrovaný pod ev. S. dňa 12.01.1981. Prvostupňový orgán verejne správy listom zo dňa 04.03.2013 č. XXXXX/XX/XXXX/XX/LVY vyzval žalobcu v 1.rade, aby v lehote do 01.06.2013 doložil rozhodnutie o využití územia za účelom preukázania legálnosti zriadenia záhradkovej osady č. XX. Žalobca v 1.rade listom zo dňa 29.04.2013 požiadal o predlženie lehoty do konca roka 2013 a listom zo dňa 09.03.2013 požiadal o prerušenie správneho konania. Žiadosti o predlženie lehoty bolo vyhovené listom zo dňa 15.05.2013 a lehota bola stanovená do 31.01.2014. Žalobca v 1.rade listom zo dňa 15.01.2014 požiadal o ďalšie predlženie lehoty do 30.04.2014, ktorej bolo vyhovené listom zo dňa 22.01.2014 č. OU-BA-PLO-2014/49238KZI. Do spisu bola doložená Zmluva, ktorou Obvodný národný výbor Bratislava III uzavrel Zmluvu o dočasnom užívaní pozemkov podľa § 71 a nasl. Hospodárskeho zákonníka so Základnou organizáciou Slovenského záhradkárskeho zväzu Bratislava - V. dňa 12.01.1981 na dočasné užívanie bez uvedenia účelu na dobu 25 rokov (do 31.12.2005) na pozemkoch parc. č. XXXX, XXXX, XXXX/X, XXXX/X, XXXX, XXXXX a XXXXX/ X o celkovej výmer XX,XXX ha. Podľa čl. VI. zmluva nahradzuje zmluvu uzavretú dňa 20.07.1972, ktorá nadobudnutím platnosti tejto stráca platnosť (12.01.1981). Podľa čl. VIII. zmluva stráca platnosť uplynutím stanovenej lehoty ako i pred jej uplynutím v prípade verejného záujmu. Prvostupňový správny orgán vyzval žalobcu v 1.rade listom č. 00275/13/1485/13/LVY zo dňa 04.03.2013 na doloženie dokladov s poučením o zastavení konania podľa § 30 ods. 1 písm. d/ Správneho poriadku v prípade ak nepredloží doklad - územné rozhodnutie. 28/ Žalobca v 1.rade k výzve zo dňa 04.03.2013, že užívatelia pozemkov ZO SZZ X-XX V., I. č. XX ešte pred podaním návrhu na začatie konania oslovili vlastníkov pozemkov, na ktorých sa nachádza uvedená osada, a to prostredníctvom návrhu kúpnych zmlúv a títo odmietli uzavrieť kúpnu zmluvu (teda odmietli predložený návrh kúpnej zmluvy), prípadne sa k návrhu kúpnej zmluvy vôbec nevyjadrili, doložiť návrhy kúpnych zmlúv, podacie lístky alebo podacie lístky, ktoré budú potvrdzovať doručenie kúpnych zmlúv vlastníkom pozemkov a ich negatívnu reakciu na tento návrh, pričom tak doručenie kúpnych zmlúv, ako aj reakcie vlastníkov, musia časovo spadať do obdobia ešte pred podaním návrhu na začatie konania. Súd konštatuje, že v administratívnom spise sa tak požadované doklady prvostupňový orgánom nenachádzajú. 29/ Podľa § 32 písm. b/ zák. č. 50/1970 Zb. umiestňovať stavby, meniť využitie územia a chrániť dôležité záujmy v území možno len na základe územného rozhodnutia, ktorým je rozhodnutie o využití územia. 30/ S tvrdením žalovaného, že zástupcovia nepredložili k zmluve o dočasnom užívaní pozemkov uzavretej dňa 12.01.1981 písomný doklad o vydaní rozhodnutia o využití územia (príslušným Okresným národným výborom alebo Miestnym národným výborom) podľa ust. § 32 písm. d/, § 37, § 38 a 117 Stavebného zákona a podľa ust. § 52 až 58 vyhl. č. 83/1976 Zb. o všeobecných technických požiadavkách na výstavbu, súd sa s týmto právnym názorom nestotožňuje. 31/ Pokiaľ ide o namietaný nedostatok rozhodnutia a využití územia ako záhradkovej osady v zmysle § 32 písm. b/ Stavebného zákona v spojení s ust. § 51 až 58 vyhl. č. 83/1976 Zb. sa správny súd nestotožňuje s týmto názorom oboch správnych orgánov. Sám správny orgán v rozhodnutí uviedol, že záhradková osada existovala, čo konštatuje správny orgán, s poukazom na ustanovenia Zmluvy o dočasnom užívaní pozemkov podľa § 71 a nasl. Hospodárskeho zákonníka so Základnou organizáciou Slovenského záhradkárskeho zväzu Bratislava - V. dňa 12.01.1981 , ktorá ruší zmluvu zo dňa 20.07.1972. Preto správny súd dospel k záveru, že správne orgány nesprávne vyzvali žalobcu v 1. rade na predloženie rozhodnutia o využití územia, preto bola splnená podmienka § 2 ods. 1 záhradkového zákona. 32/ Pokiaľ ide o námietku správnych orgánov uvedenú v bode 28/ súdneho rozhodnutia, súd sa s touto námietkou nestotožňuje, pretože požadovali listiny, ktoré nevyplývajú z ust. § 7 ods. 1 záhradkového zákona. Žalobca doložil na základe výzvy do spisu dôkazy, že dotknutí vlastníci pozemkov nemajú záujem na uzavretí kúpnych zmlúv s užívateľmi iným spôsobom ako to požadovali správne orgány. Spôsob akým to žalobca v 1. rade preukazoval je uvedený na str. 11 až 13 rozhodnutia Z.: OU-BA- PLO-2014/46423/150450-KKO zo dňa 18.08.2014. Je potrebné sa stotožniť so tvrdeniami žalobcov, že správne orgány majú zhodnotiť predložené dôkazy a vyvodiť z nich správny záver, nie ich odmietnuť z dôvodu, že nemajú formu, ktorú správne orgány žiadali. 33/ Na základe uvedeného správny súd dospel k záveru, že preskúmavané rozhodnutia orgánov verejnej správy nie sú v súlade so zákonom, preto rozhodol podľa § 191 ods. 1 písm. c/ SSP tak, že ich zrušil a vec vrátil žalovanému na ďalšie konanie, pretože vychádzali z nesprávneho právneho posúdenia veci, v ktorom je žalovaný viazaný právnym názorom správneho súdu. 34/ O trovách konania súd rozhodol v súlade s § 167 ods. 1 SSP tak, že žalobcovi priznal voči žalovanému právo na plnú náhradu trov konania, pretože mal vo veci úspech. O výške náhrady trov konania rozhodne správny súd po právoplatnosti rozhodnutia, ktorým sa konanie končí, samostatným uznesením, ktoré vydá súdny úradník (§ 175 ods. 2 SSP). 35/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https://www.kauzis.sk/judikatura/r/ECLI:SK:KSBA:2017:1014202203.2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