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5S/20/2015 z 27. 3. 2017</w:t>
      </w:r>
    </w:p>
    <w:p>
      <w:r>
        <w:t>Uznesenie Krajského súdu Bratislava z 27. marca 2017, sp. zn. 5S/20/2015, ECLI:SK:KSBA:2017:1015200133.3</w:t>
      </w:r>
    </w:p>
    <w:p>
      <w:r>
        <w:t>Súd: Krajský súd Bratislava</w:t>
      </w:r>
    </w:p>
    <w:p>
      <w:r>
        <w:t>Spisová značka: 5S/20/2015</w:t>
      </w:r>
    </w:p>
    <w:p>
      <w:r>
        <w:t>ECLI: ECLI:SK:KSBA:2017:1015200133.3</w:t>
      </w:r>
    </w:p>
    <w:p>
      <w:r>
        <w:t>Dátum vydania: 27. 3. 2017</w:t>
      </w:r>
    </w:p>
    <w:p>
      <w:r>
        <w:t>Forma: Uznesenie</w:t>
      </w:r>
    </w:p>
    <w:p>
      <w:pPr>
        <w:pStyle w:val="Heading2"/>
      </w:pPr>
      <w:r>
        <w:t>Text rozhodnutia</w:t>
      </w:r>
    </w:p>
    <w:p>
      <w:r>
        <w:t>Súd: Krajský súd Bratislava Spisová značka: 5S/20/2015 Identifikačné číslo súdneho spisu: 1015200133 Dátum vydania rozhodnutia: 28. 03. 2017 Meno a priezvisko sudcu, VSÚ: JUDr. Eva Fulcová ECLI: ECLI:SK:KSBA:2017:1015200133.3 Uznesenie Krajský súd v Bratislave v právnej veci žalobkyne: M.. N. Q., I. XX, XXX XX K., T.: XX XXX XXX, zastúpená: JUDr. Peter Tóth, advokát, Bartošková 7, 831 04 Bratislava, proti žalovanému: Finančné riaditeľstvo Slovenskej republiky, Lazovná 63, 974 01 Banská Bystrica, o preskúmanie zákonnosti postupu a rozhodnutia žalovaného č. 1100302/1/448518/2014/5067 zo dňa 21.11.2014, takto r o z h o d o l : Správny súd konanie o kasačnej sťažnosti žalobkyne zo dňa 13.12.2016 z a s t a v u j e. Žiaden z účastníkov nemá právo na náhradu trov konania. o d ô v o d n e n i e : 1. Žalobou doručenou tunajšiemu správnemu súdu dňa 26.01.2015 sa žalobkyňa domáhala v čase jej podania postupom podľa druhej hlavy piatej časti O.s.p. preskúmania zákonnosti rozhodnutia žalovaného č. 1100302/1/448518/2014/5067 zo dňa 21.11.2014 a navrhla, aby súd po preskúmaní toto rozhodnutie v rozsahu bývalého ustanovenia § 250j ods. 2 O.s.p. v spojení i s rozhodnutím správcu dane Daňového úradu Bratislava č. 9104406/5/636778/2014 zo dňa 17.02.2014 zrušil a vec vrátil správcovi dane na ďalšie konanie. Zároveň si uplatnila náhradu trov konania. 2. Rozsudkom č. k. 5S 20/2015-67 zo dňa 11.10.2016 správny súd žalobu žalobkyne zamietol. Zároveň rozhodol, že žalobkyni a žalovanému nepriznáva náhradu trov konania. Predmetný rozsudok nadobudol právoplatnosť dňa 15.12.2016. 3. Proti uvedenému rozsudku podala žalobkyňa dňa 14.12.2016 kasačnú sťažnosť zo dňa 13.12.2016. 4. Keďže žalobkyňa spolu s podaním kasačnej sťažnosti nezaplatila súdny poplatok za kasačnú sťažnosť v sume 140,- eur, správny súd ju pod následkom zastavenia konania vyzval na zaplatenie súdneho poplatku v lehote 10 dní od doručenia, výzvou č. k. 5S/20/2015-77 zo dňa 10.01.2017, doručenou právnemu zástupcovi žalobkyne dňa 26.01.2017. 5. Správny súd konštatuje, že žalobkyňa napriek výzve správneho súdu súdny poplatok do dátumu vydania tohto rozhodnutia nezaplatila. 6.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7.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8.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9.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10. Podľa § 10 ods. 3 prvej vety zákona o súdnych poplatkoch, prvoinštančný súd zruší uznesenie o zastavení konania pre nezaplatenie súdneho poplatku, ak poplatník zaplatí súdny poplatok do konca lehoty na podanie odvolania. 11. Keďže žalobkyňa nezaplatila súdny poplatok za podanie kasačnej sťažnosti ani v lehote určenej správnym súdom, správny súd postupoval v súlade s ust. § 10 ods. 1 zákona o súdnych poplatkoch a predmetné konanie o kasačnej sťažnosti žalobkyne zo dňa 13.12.2016 zastavil. 12. O náhrade trov konania správny súd rozhodol podľa § 170 písm. b) zákona č. 162/2015 Z. z. Správny súdny poriadok (ďalej len „SSP“) tak, že žiaden z účastníkov konania nemá právo na náhradu trov konania, nakoľko konanie bolo zastavené. 13. Toto rozhodnutie senát Krajského súdu v Bratislave prijal pomerom hlasov 3:0 (§ 3 ods. 9 zákona č. 757/2004 Z. z. v znení zákona č. 33/2011 Z. z.). Poučenie: Proti tomuto uzneseniu možno podať odvolanie do 15 dní odo dňa jeho doručenia, na Krajský súd v Bratislave, písomne, v dvoch vyhotoveniach (§ 355 ods. 2 v spojení s § 362 ods. 1 CSP). Odvolanie môže podať strana, v ktorej neprospech bolo rozhodnutie vydané (§ 359 CSP). Odvolanie len proti odôvodneniu rozhodnutia nie je prípustné (§ 358 CSP). V odvolaní sa má popri všeobecných náležitostiach uviesť,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w:t>
      </w:r>
    </w:p>
    <w:p/>
    <w:p>
      <w:r>
        <w:t>Zdroj: KAUZIS.SK – https://www.kauzis.sk/judikatura/r/ECLI:SK:KSBA:2017:1015200133.3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