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6S/33/2015 z 23. 5. 2017</w:t>
      </w:r>
    </w:p>
    <w:p>
      <w:r>
        <w:t>Uznesenie Krajského súdu Bratislava z 23. mája 2017, sp. zn. 6S/33/2015, ECLI:SK:KSBA:2017:1015200221.1</w:t>
      </w:r>
    </w:p>
    <w:p>
      <w:r>
        <w:t>Súd: Krajský súd Bratislava</w:t>
      </w:r>
    </w:p>
    <w:p>
      <w:r>
        <w:t>Spisová značka: 6S/33/2015</w:t>
      </w:r>
    </w:p>
    <w:p>
      <w:r>
        <w:t>ECLI: ECLI:SK:KSBA:2017:1015200221.1</w:t>
      </w:r>
    </w:p>
    <w:p>
      <w:r>
        <w:t>Dátum vydania: 23.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6S/33/2015 Identifikačné číslo súdneho spisu: 1015200221 Dátum vydania rozhodnutia: 24. 05. 2017 Meno a priezvisko sudcu, VSÚ: Mgr. Marián Degma ECLI: ECLI:SK:KSBA:2017:1015200221.1 Uznesenie Krajský súd v Bratislave v právnej veci žalobcu: WITEX s.r.o., Palárikova 31, 811 04 Bratislava, IČO: 46 581 430, v zastúpení: Mgr. Karol Haťapka, advokát, Drieňová 34, 821 02 Bratislava, proti žalovanému: Finančné riaditeľstvo Slovenskej republiky, Lazovná 63, 974 01 Banská Bystrica, o preskúmanie zákonnosti postupu a rozhodnutia žalovaného č. 1100302/1/506746/2014/968 zo dňa 19.11.2014, takto r o z h o d o l : Krajský súd v Bratislave konanie z a s t a v u j e . Žiaden z účastníkov n e m á právo na náhradu trov konania. o d ô v o d n e n i e : 1. Žalobou doručenou Krajskému súdu v Bratislave dňa 09.02.2015 sa žalobca domáhal preskúmania zákonnosti rozhodnutia žalovaného č. 1100302/1/506746/2014/968 zo dňa 19.11.2014, ktorým žalovaný potvrdil rozhodnutie vydané v prvom stupni Daňovým úradom Bratislava č. 9104402/5/3751542/2014/ Luk zo dňa 11.08.2014, ktorým bola žalobcovi vyrubená vlastná daňová povinnosť v sume XX.XXX,XX Eur za zdaňovacie obdobie december 2012, nepriznaný nadmerný odpočet na dani z pridanej hodnoty v sume X.XXX Eur a vyrubený rozdiel dane z pridanej hodnoty v sume XX.XXX Eur. 2. Podľa § 99 písm. h) SSP správny súd konanie uznesením zastaví, ak tak ustanoví tento zákon alebo osobitný predpis. 3. Podľa § 10 ods. 1 zákona č. 71/1992 Zb. o súdnych poplatkoch a poplatku za výpis z registra trestov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4. Dňa 11.04.2017 bol žalobca v súlade s § 10 ods. 1 a podľa položky 10 písm. a) zákona č. 71/1992 Zb. o súdnych poplatkoch a poplatku za výpis z registra trestov vyzvaný na zaplatenie súdneho poplatku za podanú žalobu, a to v lehote 10 dní od doručenia výzvy pod následkom zastavenia konania. Výzva bola spolu s platobným predpisom doručená právnemu zástupcovi žalobcu dňa 09.05.2017. Súdom určená lehota na zaplatenie súdneho poplatku za podanú žalobu uplynula dňa 19.05.2017. 5. Podľa § 10 ods. 3 zákona č. 71/1992 Zb. prvoinštančný súd zruší uznesenie o zastavení konania pre nezaplatenie súdneho poplatku, ak poplatník zaplatí súdny poplatok do konca lehoty na podanie odvolania. Prvoinštančný súd zruší uznesenie o zastavení konania pre nezaplatenie súdneho poplatku aj vtedy, ak bolo konanie prerušené podľa osobitného predpisu a správca v ňom pokračuje namiesto poplatníka. 6. Vzhľadom na vyššie uvedené Krajský súd v Bratislave konanie v súlade s § 99 písm. h) SSP v spojení s § 10 ods. 1 zákona č. 71/1992 Zb. o súdnych poplatkoch a poplatku za výpis z registra trestov zastavil. 7. O náhrade trov konania súd rozhodol podľa § 170 písm. b) SSP tak, že žiaden z účastníkov nemá právo na náhradu trov konania, ak konanie bolo zastavené. 8. Toto rozhodnutie senát Krajského súdu v Bratislave prijal pomerom hlasov 3:0 (§ 3 ods. 9 zákona č. 757/2004 Z.z. v znení zákona č. 33/2011). Poučenie: Proti tomuto uzneseniu je prípustné odvolanie v lehote 15 dní odo dňa jeho doručenia na súde, proti ktorého uzneseniu smeruje, písomne a to vo troch vyhotoveniach ( § 355 ods. 2 v spojení s § 362 ods. 1 CSP). Odvolanie môže podať strana, v ktorej neprospech bolo rozhodnutie vydané (§ 359 CSP). Odvolanie len proti odôvodneniu rozhodnutia nie je prípustné ( § 358 CSP). V odvolaní sa popri všeobecných náležitostiach podania uvedie, proti ktorému rozhodnutiu smeruje, v akom rozsahu sa napáda, z akých dôvodov sa rozhodnutie považuje za nesprávne (odvolacie dôvody) a čoho sa odvolateľ domáha (odvolací návrh) (§ 363 CSP). Rozsah, v akom sa rozhodnutie napáda, môže odvolateľ rozšíriť len do uplynutia lehoty na podanie odvolania ( § 364 CSP).</w:t>
      </w:r>
    </w:p>
    <w:p/>
    <w:p>
      <w:r>
        <w:t>Zdroj: KAUZIS.SK – https://www.kauzis.sk/judikatura/r/ECLI:SK:KSBA:2017:1015200221.1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