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6S/48/2015 z 14. 2. 2017</w:t>
      </w:r>
    </w:p>
    <w:p>
      <w:r>
        <w:t>Uznesenie Krajského súdu Bratislava z 14. februára 2017, sp. zn. 6S/48/2015, ECLI:SK:KSBA:2017:1015200328.1</w:t>
      </w:r>
    </w:p>
    <w:p>
      <w:r>
        <w:t>Súd: Krajský súd Bratislava</w:t>
      </w:r>
    </w:p>
    <w:p>
      <w:r>
        <w:t>Spisová značka: 6S/48/2015</w:t>
      </w:r>
    </w:p>
    <w:p>
      <w:r>
        <w:t>ECLI: ECLI:SK:KSBA:2017:1015200328.1</w:t>
      </w:r>
    </w:p>
    <w:p>
      <w:r>
        <w:t>Dátum vydania: 14. 2. 2017</w:t>
      </w:r>
    </w:p>
    <w:p>
      <w:r>
        <w:t>Forma: Uznesenie</w:t>
      </w:r>
    </w:p>
    <w:p>
      <w:pPr>
        <w:pStyle w:val="Heading2"/>
      </w:pPr>
      <w:r>
        <w:t>Text rozhodnutia</w:t>
      </w:r>
    </w:p>
    <w:p>
      <w:r>
        <w:t>Súd: Krajský súd Bratislava Spisová značka: 6S/48/2015 Identifikačné číslo súdneho spisu: 1015200328 Dátum vydania rozhodnutia: 15. 02. 2017 Meno a priezvisko sudcu, VSÚ: Mgr. Marián Degma ECLI: ECLI:SK:KSBA:2017:1015200328.1 Uznesenie Krajský súd v Bratislave v právnej veci žalobkyne: I.. V. N., Ľ. S. XX, XXX XX Q., zastúpená: JUDr. Jaroslavom Málekom, advokát, so sídlom Kraskova 2, 831 02 Bratislava, proti žalovanému: Ústredie práce, sociálnych vecí a rodiny, Špitálska 8, 812 67 Bratislava, v konaní o preskúmanie zákonnosti rozhodnutia žalovaného č. UPS/US/SSVODPPK/SOC/2014/211/RAL zo dňa 17.12.2014, jednohlasne, takto r o z h o d o l : Krajský súd v Bratislave konanie z a s t a v u j e . Žiaden z účastníkov n e m á nárok na náhradu trov konania. o d ô v o d n e n i e : 1. Žalobou, doručenou Krajskému súdu v Bratislave dňa 26.02.2015, sa žalobca domáhal, aby súd zrušil rozhodnutie žalovaného a prvostupňové rozhodnutie správneho orgánu a zaviazal žalovaného na náhradu trov konania. Uviedol, že žalovaný napadnutým rozhodnutím potvrdil rozhodnutie Úradu práce, sociálnych vecí a rodiny Bratislava č. BA4/OPPKŤZP/SOC/2014/109063 zo dňa 30.06.2014, ktorým nebolo vyhovené žiadosti žalobcu o peňažný príspevok na prepravu podľa zákona č. 447/2008 Z. z. 2. Dňa 13.02.2017 bolo Krajskému súdu v Bratislave doručené podanie žalobcu, ktorý vzal svoju žalobu v celom rozsahu späť a žiadal konanie zastaviť. 3. Podľa § 63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skôr ako správny súd vo veci rozhodol (§ 99 písm. a) SSP).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https://www.kauzis.sk/judikatura/r/ECLI:SK:KSBA:2017:1015200328.1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