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10Sd/28/2015 z 14. 8. 2017</w:t>
      </w:r>
    </w:p>
    <w:p>
      <w:r>
        <w:t>Uznesenie Krajského súdu Bratislava z 14. augusta 2017, sp. zn. 10Sd/28/2015, ECLI:SK:KSBA:2017:1015200419.2</w:t>
      </w:r>
    </w:p>
    <w:p>
      <w:r>
        <w:t>Súd: Krajský súd Bratislava</w:t>
      </w:r>
    </w:p>
    <w:p>
      <w:r>
        <w:t>Spisová značka: 10Sd/28/2015</w:t>
      </w:r>
    </w:p>
    <w:p>
      <w:r>
        <w:t>ECLI: ECLI:SK:KSBA:2017:1015200419.2</w:t>
      </w:r>
    </w:p>
    <w:p>
      <w:r>
        <w:t>Dátum vydania: 14. 8. 2017</w:t>
      </w:r>
    </w:p>
    <w:p>
      <w:r>
        <w:t>Forma: Uznesenie</w:t>
      </w:r>
    </w:p>
    <w:p>
      <w:r>
        <w:t>Oblasť práva: Správne právo</w:t>
      </w:r>
    </w:p>
    <w:p>
      <w:pPr>
        <w:pStyle w:val="Heading2"/>
      </w:pPr>
      <w:r>
        <w:t>Text rozhodnutia</w:t>
      </w:r>
    </w:p>
    <w:p>
      <w:r>
        <w:t>Súd: Krajský súd Bratislava Spisová značka: 10Sd/28/2015 Identifikačné číslo súdneho spisu: 1015200419 Dátum vydania rozhodnutia: 15. 08. 2017 Meno a priezvisko sudcu, VSÚ: JUDr. Beata Jurgošová ECLI: ECLI:SK:KSBA:2017:1015200419.2 Uznesenie Krajský súd v Bratislave v právnej veci navrhovateľa O. X., bytom Š. XX, I. proti odporkyni Sociálnej poisťovni ústredie, Ul. 29. augusta č. 8, Bratislava, o priznanie invalidného dôchodku, takto r o z h o d o l : Súd konanie zastavuje. Žiaden z účastníkov nemá právo na náhradu trov konania. o d ô v o d n e n i e : Navrhovateľ svojím návrhom zo dňa 20.11.2014 žiadal preskúmať rozhodnutie odporkyne číslo XXX XXX XXXX X zo dňa 12.11.2014, ktorým odporkyňa zamietla jeho žiadosť o invalidný dôchodok zo dňa 21. októbra 2014. Napriek tomu, že navrhovateľ vo svojom vyjadrení zo dňa 20.7.2017,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Podľa § 492 ods. 1 SSP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https://www.kauzis.sk/judikatura/r/ECLI:SK:KSBA:2017:1015200419.2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