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6S/82/2015 z 14. 2. 2017</w:t>
      </w:r>
    </w:p>
    <w:p>
      <w:r>
        <w:t>Uznesenie Krajského súdu Bratislava z 14. februára 2017, sp. zn. 6S/82/2015, ECLI:SK:KSBA:2017:1015200577.2</w:t>
      </w:r>
    </w:p>
    <w:p>
      <w:r>
        <w:t>Súd: Krajský súd Bratislava</w:t>
      </w:r>
    </w:p>
    <w:p>
      <w:r>
        <w:t>Spisová značka: 6S/82/2015</w:t>
      </w:r>
    </w:p>
    <w:p>
      <w:r>
        <w:t>ECLI: ECLI:SK:KSBA:2017:1015200577.2</w:t>
      </w:r>
    </w:p>
    <w:p>
      <w:r>
        <w:t>Dátum vydania: 14. 2. 2017</w:t>
      </w:r>
    </w:p>
    <w:p>
      <w:r>
        <w:t>Forma: Uznesenie</w:t>
      </w:r>
    </w:p>
    <w:p>
      <w:pPr>
        <w:pStyle w:val="Heading2"/>
      </w:pPr>
      <w:r>
        <w:t>Text rozhodnutia</w:t>
      </w:r>
    </w:p>
    <w:p>
      <w:r>
        <w:t>Súd: Krajský súd Bratislava Spisová značka: 6S/82/2015 Identifikačné číslo súdneho spisu: 1015200577 Dátum vydania rozhodnutia: 15. 02. 2017 Meno a priezvisko sudcu, VSÚ: JUDr. Vlastimil Pavlikovský ECLI: ECLI:SK:KSBA:2017:1015200577.2 Uznesenie Krajský súd v Bratislave v právnej veci žalobcu: TESCO STORES SR, a.s., Kamenné námestie 1/A, 815 61 Bratislava, IČO: 31 321 828, proti žalovanému: Štátna veterinárna a potravinová správa Slovenskej republiky, o preskúmanie zákonnosti rozhodnutia žalovaného č. 67/2015 zo dňa 27.01.2015, takto r o z h o d o l : Krajský súd v Bratislave p o s t u p u j e vec Krajskému súdu v Prešove. o d ô v o d n e n i e : 1. Žalobca sa žalobou podanou Krajskému súdu v Bratislave dňa 02.04.2015 domáhal preskúmania zákonnosti rozhodnutia žalovaného č. 67/2015 zo dňa 27.01.2015, ktorým žalovaný odvolanie žalobcu ako účastníka správneho konania zamietol a rozhodnutie Regionálnej veterinárnej a potravinovej správy Svidník č. A/2014/00088-2 zo dňa 02.12.2014o uložení pokuty vo výške 20 000 eur potvrdil.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Regionálna veterinárna a potravinová správa Svidník, a teda miestne (aj vecne) príslušným je Krajský súd v Prešove,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Prešove.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https://www.kauzis.sk/judikatura/r/ECLI:SK:KSBA:2017:1015200577.2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