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6S/86/2015 z 17. 1. 2017</w:t>
      </w:r>
    </w:p>
    <w:p>
      <w:r>
        <w:t>Uznesenie Krajského súdu Bratislava z 17. januára 2017, sp. zn. 6S/86/2015, ECLI:SK:KSBA:2017:1015200594.2</w:t>
      </w:r>
    </w:p>
    <w:p>
      <w:r>
        <w:t>Súd: Krajský súd Bratislava</w:t>
      </w:r>
    </w:p>
    <w:p>
      <w:r>
        <w:t>Spisová značka: 6S/86/2015</w:t>
      </w:r>
    </w:p>
    <w:p>
      <w:r>
        <w:t>ECLI: ECLI:SK:KSBA:2017:1015200594.2</w:t>
      </w:r>
    </w:p>
    <w:p>
      <w:r>
        <w:t>Dátum vydania: 17. 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6S/86/2015 Identifikačné číslo súdneho spisu: 1015200594 Dátum vydania rozhodnutia: 18. 01. 2017 Meno a priezvisko sudcu, VSÚ: JUDr. Vlastimil Pavlikovský ECLI: ECLI:SK:KSBA:2017:1015200594.2 Uznesenie Krajský súd v Bratislave v právnej veci žalobcu: Občianske združenie Prales, Odtrnovie 563, 013 22 Rosina, IČO: 42 071 879, proti žalovanému: Ministerstvo pôdohospodárstva a rozvoja vidieka Slovenskej republiky, Dobrovičova 12, 812 66 Bratislava, o preskúmanie zákonnosti rozhodnutia žalovaného č. 742/2015-720 zo dňa 06.02.2015, takto r o z h o d o l : Krajský súd v Bratislave p o s t u p u j e vec Krajskému súdu v Žiline. o d ô v o d n e n i e : Žalobou doručenou tunajšiemu správnemu súdu dňa 07.04.2015 sa žalobca domáha preskúmania zákonnosti rozhodnutia žalovaného č. 742/2015-720 zo dňa 06.02.2015 v spojení s prvostupňovým rozhodnutím Okresného úradu Žilina, odboru opravných prostriedkov č. OU-ZA-OOP4-2014/012985/ SCH zo dňa 30.10.2014 s návrhom na ich zrušenie a vrátenie veci žalovanému na ďalšie konanie. Dňa 01.07.2016 nadobudli účinnosť tri procesné kódexy - Civilný sporový poriadok (zákon č. 160/2015 Z. z.), Civilný mimosporový poriadok (zákon č. 161/2015 Z. z.) a Správny súdny poriadok (zákon č. 162/2015 Z. z.), ktoré nahradili doteraz platný Občiansky súdny poriadok (zákon č. 99/1963 Zb.). V správnom súdnictve správny súd postupuje v zmysle Správneho súdneho poriadku. Podľa § 10 Správneho súdneho poriadku (ďalej len SSP), na konanie a rozhodovanie v správnom súdnictve sú vecne príslušné krajské súdy, ak tento zákon neustanovuje inak. Podľa § 13 ods. 1 SSP, miestne príslušným je krajský súd, v ktorého obvode má sídlo orgán verejnej správy, ktorý rozhodol v prvom stupni, ak tento zákon neustanovuje inak. Podľa § 18 ods. 2 SSP, ak správny súd zistí, že nie je vecne, miestne alebo kauzálne príslušný, postúpi vec uznesením príslušnému správnemu súdu. Nižší správny súd je postúpením veci vyšším správnym súdom viazaný. Podľa § 18 ods. 5 SSP, právne účinky spojené s podaním žaloby alebo iného podania zostávajú pri postúpení veci zachované. Podľa § 97 SSP, ak tento zákon neustanovuje inak, správny súd kedykoľvek počas konania prihliada na to, či sú splnené podmienky, za ktorých môže správny súd konať a rozhodnúť (ďalej len "procesné podmienky"). Podľa § 491 ods. 1 SSP, ak nie je ďalej ustanovené inak, platí tento zákon aj na konania začaté podľa piatej časti Občianskeho súdneho poriadku predo dňom nadobudnutia jeho účinnosti. V uvedenej právnej veci správny súd po skúmaní procesných podmienok zistil, že nie je miestne príslušný na konanie o podanej žalobe. V prejednávanej veci rozhodoval v prvom stupni Okresný úrad Žilina, odbor opravných prostriedkov, ktorý má sídlo v Žiline a teda miestne (aj vecne) príslušným je Krajský súd v Žiline, keďže v jeho obvode má sídlo orgán verejnej správy, ktorý vo veci rozhodoval v prvom stupni. Nakoľko v uvedenej veci bolo zistené, že Krajský súd v Bratislave nie je miestne príslušným na konanie v predmetnej veci, vec bude po právoplatnosti tohto uznesenia postúpená Krajskému súdu v Žiline. Toto rozhodnutie senát Krajského súdu v Bratislave prijal pomerom hlasov 3:0 (§ 3 ods. 9 zákona č. 757/2004 Z. z. v znení zákona č. 33/2011 Z. z.). Poučenie: Proti tomuto uzneseniu nie je prípustná kasačná sťažnosť (§ 439 ods. 2 písm. d) SSP).</w:t>
      </w:r>
    </w:p>
    <w:p/>
    <w:p>
      <w:r>
        <w:t>Zdroj: KAUZIS.SK – https://www.kauzis.sk/judikatura/r/ECLI:SK:KSBA:2017:1015200594.2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