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2S/85/2015 z 11. 7. 2017</w:t>
      </w:r>
    </w:p>
    <w:p>
      <w:r>
        <w:t>Uznesenie Krajského súdu Bratislava z 11. júla 2017, sp. zn. 2S/85/2015, ECLI:SK:KSBA:2017:1015200604.2</w:t>
      </w:r>
    </w:p>
    <w:p>
      <w:r>
        <w:t>Súd: Krajský súd Bratislava</w:t>
      </w:r>
    </w:p>
    <w:p>
      <w:r>
        <w:t>Spisová značka: 2S/85/2015</w:t>
      </w:r>
    </w:p>
    <w:p>
      <w:r>
        <w:t>ECLI: ECLI:SK:KSBA:2017:1015200604.2</w:t>
      </w:r>
    </w:p>
    <w:p>
      <w:r>
        <w:t>Dátum vydania: 11. 7. 2017</w:t>
      </w:r>
    </w:p>
    <w:p>
      <w:r>
        <w:t>Forma: Uznesenie</w:t>
      </w:r>
    </w:p>
    <w:p>
      <w:pPr>
        <w:pStyle w:val="Heading2"/>
      </w:pPr>
      <w:r>
        <w:t>Text rozhodnutia</w:t>
      </w:r>
    </w:p>
    <w:p>
      <w:r>
        <w:t>Súd: Krajský súd Bratislava Spisová značka: 2S/85/2015 Identifikačné číslo súdneho spisu: 1015200604 Dátum vydania rozhodnutia: 12. 07. 2017 Meno a priezvisko sudcu, VSÚ: JUDr. Vlastimil Pavlikovský ECLI: ECLI:SK:KSBA:2017:1015200604.2 Uznesenie Krajský súd v Bratislave v právnej veci žalobcu: F. G., nar. XX.XX.XXXX, T. ul. XXXX/XX, XXX XX G., zastúpený: Mgr. Juraj Vlkovič, advokát, Tomášikova 26, 821 01 Bratislava, proti žalovanému: Mesto Stupava, Hlavná 1/24, 900 31 Stupava, v konaní o preskúmanie zákonnosti rozhodnutia žalovaného č. 1449/165/15-Be zo dňa 25.02.2015, takto r o z h o d o l : Krajský súd v Bratislave konanie z a s t a v u j e. Žiaden z účastníkov nemá právo na náhradu trov konania. o d ô v o d n e n i e : 1. Žalobou doručenou tunajšiemu správnemu súdu dňa 08.04.2015 sa žalobca domáhal preskúmania zákonnosti rozhodnutia žalovaného č. 1449/165/15-Be zo dňa 25.02.2015, ktorým žalovaný zamietol námietky žalobcu proti jeho výzve č. Odpady-08492/2015-Be zo dňa 21.01.2015 na zaplatenie nedoplatku na miestnom poplatku za komunálne odpady a drobné stavebné odpady. Žalobca žiadal napadnuté rozhodnutie zrušiť a vec vrátiť žalovanému na ďalšie konanie. 2. Žalovaný sa k žalobe žalobcu vyjadril písomne v podaní doručenom správnemu súdu dňa 07.07.2015. 3. Podaním doručeným správnemu súdu dňa 03.05.2017 zobral žalobca žalobu pred prejednaním veci v celom rozsahu späť bez bližšieho odôvodnenia. 4. Podľa § 63 zákona č. 162/2015 Z. z. Správny súdny poriadok (ďalej len „SSP“), žalobca môže do vydania rozhodnutia správneho súdu vziať žalobu späť, a to sčasti alebo celkom. Ak je žaloba vzatá späť celkom, správny súd konanie zastaví. Ak je žaloba vzatá späť sčasti, správny súd konanie v tejto časti zastaví. O čiastočnom späťvzatí žaloby rozhodne správny súd v rozhodnutí vo veci samej. 5. Podľa § 99 písm. a) SSP, správny súd konanie uznesením zastaví, ak žalobca vzal žalobu späť skôr, ako správny súd vo veci rozhodol. 6. Podľa § 491 ods. 1 SSP, ak nie je ďalej ustanovené inak, platí tento zákon aj na konania začaté podľa piatej časti Občianskeho súdneho poriadku predo dňom nadobudnutia jeho účinnosti. 7. Nakoľko žalobca vzal späť žalobu pred rozhodnutím veci, správny súd v súlade s ustanovením § 99 písm. a) SSP konanie zastavil. 8. O náhrade trov konania správny súd rozhodol podľa § 170 písm. b) SSP tak, že žiaden z účastníkov nemá právo na náhradu trov konania, nakoľko konanie bolo zastavené. 9. Toto rozhodnutie senát Krajského súdu v Bratislave prijal pomerom hlasov 3:0 (§ 139 ods. 4 SSP v spojení s § 147 ods. 2 SSP). Poučenie: Proti tomuto uzneseniu možno podať kasačnú sťažnosť v lehote jedného mesiaca od jeho doručenia, na Krajský súd v Bratislave.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https://www.kauzis.sk/judikatura/r/ECLI:SK:KSBA:2017:1015200604.2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