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4Sp/35/2015 z 24. 1. 2017</w:t>
      </w:r>
    </w:p>
    <w:p>
      <w:r>
        <w:t>Uznesenie Krajského súdu Bratislava z 24. januára 2017, sp. zn. 4Sp/35/2015, ECLI:SK:KSBA:2017:1015200705.1</w:t>
      </w:r>
    </w:p>
    <w:p>
      <w:r>
        <w:t>Súd: Krajský súd Bratislava</w:t>
      </w:r>
    </w:p>
    <w:p>
      <w:r>
        <w:t>Spisová značka: 4Sp/35/2015</w:t>
      </w:r>
    </w:p>
    <w:p>
      <w:r>
        <w:t>ECLI: ECLI:SK:KSBA:2017:1015200705.1</w:t>
      </w:r>
    </w:p>
    <w:p>
      <w:r>
        <w:t>Dátum vydania: 24. 1. 2017</w:t>
      </w:r>
    </w:p>
    <w:p>
      <w:r>
        <w:t>Forma: Uznesenie</w:t>
      </w:r>
    </w:p>
    <w:p>
      <w:pPr>
        <w:pStyle w:val="Heading2"/>
      </w:pPr>
      <w:r>
        <w:t>Text rozhodnutia</w:t>
      </w:r>
    </w:p>
    <w:p>
      <w:r>
        <w:t>Súd: Krajský súd Bratislava Spisová značka: 4Sp/35/2015 Identifikačné číslo súdneho spisu: 1015200705 Dátum vydania rozhodnutia: 25. 01. 2017 Meno a priezvisko sudcu, VSÚ: JUDr. Ľubomír Šramko ECLI: ECLI:SK:KSBA:2017:1015200705.1 Uznesenie Krajský súd v Bratislave v právnej veci navrhovateľky: S. S.. G. Z.. B. F., bytom N. XX, R., korešpondenčná adresa: Š. XXXX/XX, R. proti odporcovi: Centrum právnej pomoci, Kancelária Trenčín so sídlom Hviezdoslavova 3, Trenčín v konaní o opravnom prostriedku navrhovateľky zo dňa 23.4.2015 proti rozhodnutiu odporcu Sp. zn.: 3493/2015-KaTN, ČRZ: 21916/2015 zo dňa 2.4.2015 takto r o z h o d o l : Krajský súd v Bratislave konanie z a s t a v u j e . Žiaden z účastníkov konania nemá právo na náhradu trov tohto konania. o d ô v o d n e n i e : Dňa 30.4.2015 bol konajúcemu Krajskému súdu v Bratislave (ďalej len „súd“) prostredníctvom odporcu doručený návrh - opravný prostriedok navrhovateľky z 23.4.2015, ktorým sa navrhovateľka domáhala zrušenia napadnutého rozhodnutia odporcu Sp. zn.: 3493/2015-KaTN, ČRZ: 21916/2015 zo dňa 2.4.2015. Na deň 25.1.2017 bol vo veci určený termín pojednávania. Dňa 24.1.2017 doručila navrhovateľka súdu späťvzatie podaného návrhu - opravného prostriedku voči rozhodnutiu odporcu, datované 23.1.2017. Podľa. § 250l ods.1 Občianskeho súdneho poriadku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https://www.kauzis.sk/judikatura/r/ECLI:SK:KSBA:2017:1015200705.1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