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10Scud/9/2015 z 26. 1. 2017</w:t>
      </w:r>
    </w:p>
    <w:p>
      <w:r>
        <w:t>Uznesenie Krajského súdu Bratislava z 26. januára 2017, sp. zn. 10Scud/9/2015, ECLI:SK:KSBA:2017:1015200714.1</w:t>
      </w:r>
    </w:p>
    <w:p>
      <w:r>
        <w:t>Súd: Krajský súd Bratislava</w:t>
      </w:r>
    </w:p>
    <w:p>
      <w:r>
        <w:t>Spisová značka: 10Scud/9/2015</w:t>
      </w:r>
    </w:p>
    <w:p>
      <w:r>
        <w:t>ECLI: ECLI:SK:KSBA:2017:1015200714.1</w:t>
      </w:r>
    </w:p>
    <w:p>
      <w:r>
        <w:t>Dátum vydania: 26. 1. 2017</w:t>
      </w:r>
    </w:p>
    <w:p>
      <w:r>
        <w:t>Forma: Uznesenie</w:t>
      </w:r>
    </w:p>
    <w:p>
      <w:pPr>
        <w:pStyle w:val="Heading2"/>
      </w:pPr>
      <w:r>
        <w:t>Text rozhodnutia</w:t>
      </w:r>
    </w:p>
    <w:p>
      <w:r>
        <w:t>Súd: Krajský súd Bratislava Spisová značka: 10Scud/9/2015 Identifikačné číslo súdneho spisu: 1015200714 Dátum vydania rozhodnutia: 27. 01. 2017 Meno a priezvisko sudcu, VSÚ: JUDr. Beata Jurgošová ECLI: ECLI:SK:KSBA:2017:1015200714.1 Uznesenie Krajský súd v Bratislave v právnej veci navrhovateľky: X. K. S., bytom XX L. L., U. F. J. XXXX, B. proti odporkyni: Sociálna poisťovňa ústredie, Ul. 29. augusta č. 8, Bratislava, o výšku starobného dôchodku, takto r o z h o d o l : Súd konanie z a s t a v u j e . Žiaden z účastníkov nemá právo na náhradu trov konania. o d ô v o d n e n i e : Navrhovateľka svojím návrhom žiadala preskúmať rozhodnutie odporkyne číslo XXX XXX XXXX X zo dňa 26. januára 2015, ktorým jej podľa § 65, § 293z, § 82 a § 114 ods. 1 zákona č. 461/2003 Z.z. o sociálnom poistení v znení neskorších predpisov odporkyňa od 20. marca 2011 priznala starobný dôchodok v sume 91,30 eur mesačne. Starobný dôchodok priznala podľa čl. 15 ods. 1 Zmluvy medzi Slovenskou republikou a Austráliou o sociálnom zabezpečení. Od 1.1.2012 odporkyňa zvýšila navrhovateľke starobný dôchodok na sumu 94,40 eur mesačne, od 1.1.2013 na sumu 105,60 eur mesačne, od 1.1.2014 na sumu 114,40 eur mesačne, od 1.1.2015 na sumu 119,60 eur mesačne. Navrhovateľka žiadala preskúmať zmenové rozhodnutie odporkyne číslo XXX XXX XXXX X zo dňa 11. februára 2015, ktorým jej podľa § 65, § 293z, § 82 a § 114 ods. 1 zákona č. 461/2003 Z. z. o sociálnom poistení v znení neskorších predpisov odporkyňa od 20. marca 2011 priznala starobný dôchodok v sume 95,00 eur mesačne. Starobný dôchodok priznala podľa čl. 15 ods. 1 Zmluvy medzi Slovenskou republikou a Austráliou o sociálnom zabezpečení. Od 1.1.2012 odporkyňa zvýšila navrhovateľke starobný dôchodok na sumu 98,20 eur mesačne, od 1.1.2013 na sumu 109,40 eur mesačne, od 1.1.2014 na sumu 118,20 eur mesačne, od 1.1.2015 na sumu 123,40 eur mesačne. Rozhodnutím číslo XXX XXX XXXX X zo dňa 8. septembra 2015 odporkyňa podľa § 65, § 293z, § 112 ods. 1 a § 82 zákona č. 461/2003 Z. z. o sociálnom poistení v znení neskorších predpisov navrhovateľke od 20. marca 2011 zvýšila starobný dôchodok na sumu 99,30 eur mesačne. Starobný dôchodok bol priznaný podľa čl. 15 ods. 1 Zmluvy medzi Slovenskou republikou a Austráliou o sociálnom zabezpečení. Podľa § 82 zákona č. 461/2003 Z. z. o sociálnom poistení v znení neskorších predpisov a v súlade s opatrením Ministerstva práce, sociálnych vecí a rodiny Slovenskej republiky č. 334/2011 Z. z., ktoré ustanovuje percento zvýšenia dôchodkovej dávky, navrhovateľke od 1. januára 2012 zvýšila starobný dôchodok na sumu 102,60 eur mesačne. Podľa § 82 a § 293ce zákona č. 461/2003 Z. z. o sociálnom poistení v znení neskorších predpisov a § 1 opatrenia Ministerstva práce, sociálnych vecí a rodiny Slovenskej republiky č. 329/2012 Z. z., ktorým sa ustanovuje pevná suma zvýšenia dôchodkovej dávky a percento zvýšenia úrazovej renty, navrhovateľke od 1. januára 2013 zvýšila starobný dôchodok na sumu 113,80 eur mesačne. Podľa § 82 zákona č. 461/2003 Z. z. o sociálnom poistení v znení neskorších predpisov a § 1 opatrenia Ministerstva práce, sociálnych vecí a rodiny Slovenskej republiky č. 329/2013 Z. z., ktorým sa ustanovuje pevná suma zvýšenia dôchodkovej dávky a percento zvýšenia úrazovej renty, navrhovateľke od 1. januára 2014 zvýšila starobný dôchodok na sumu 122,60 eur mesačne. Podľa § 82 zákona č. 461/2003 Z. z. o sociálnom poistení v znení neskorších predpisov a § 1 opatrenia Ministerstva práce, sociálnych vecí a rodiny Slovenskej republiky č. 295/2014 Z. z., ktorým sa ustanovuje pevná suma zvýšenia dôchodkovej dávky a percento zvýšenia úrazovej renty, navrhovateľke od 1. januára 2015 zvýšila starobný dôchodok na sumu 127,80 eur mesačne. Vzhľadom na skutočnosť, že zmenovým rozhodnutím číslo XXX XXX XXXX X zo dňa 8. septembra 2015 bolo opravnému prostriedku navrhovateľky zo dňa 10. marca 2015 vyhovené v plnom rozsahu, súd podľa § 250o O.s.p. konanie zastavil. O trovách konania súd rozhodol podľa § 246c a § 146 ods. 1 písm. c) O.s.p. V danom prípade súd postupoval podľa ustanovenia § 492 ods. 1 zákona č. 162/2015 Z. 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písomne, dvojmo na Krajskom súde v Bratislave.</w:t>
      </w:r>
    </w:p>
    <w:p/>
    <w:p>
      <w:r>
        <w:t>Zdroj: KAUZIS.SK – https://www.kauzis.sk/judikatura/r/ECLI:SK:KSBA:2017:1015200714.1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