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10Scud/10/2015 z 26. 1. 2017</w:t>
      </w:r>
    </w:p>
    <w:p>
      <w:r>
        <w:t>Uznesenie Krajského súdu Bratislava z 26. januára 2017, sp. zn. 10Scud/10/2015, ECLI:SK:KSBA:2017:1015200754.3</w:t>
      </w:r>
    </w:p>
    <w:p>
      <w:r>
        <w:t>Súd: Krajský súd Bratislava</w:t>
      </w:r>
    </w:p>
    <w:p>
      <w:r>
        <w:t>Spisová značka: 10Scud/10/2015</w:t>
      </w:r>
    </w:p>
    <w:p>
      <w:r>
        <w:t>ECLI: ECLI:SK:KSBA:2017:1015200754.3</w:t>
      </w:r>
    </w:p>
    <w:p>
      <w:r>
        <w:t>Dátum vydania: 26.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10Scud/10/2015 Identifikačné číslo súdneho spisu: 1015200754 Dátum vydania rozhodnutia: 27. 01. 2017 Meno a priezvisko sudcu, VSÚ: JUDr. Beata Jurgošová ECLI: ECLI:SK:KSBA:2017:1015200754.3 Uznesenie Krajský súd v Bratislave v právnej veci navrhovateľky: Q. Q., bytom U.. G. N.I. X, XX-XXX M. D., B. L. proti odporkyni: Sociálna poisťovňa ústredie, Ul. 29. augusta č. 8, Bratislava, o starobný dôchodok, takto r o z h o d o l : Súd konanie z a s t a v u j e . Žiaden z účastníkov nemá právo na náhradu trov konania. o d ô v o d n e n i e : Navrhovateľka svojím návrhom žiadala preskúmať rozhodnutie odporkyne číslo XXX XXX XXXX X zo dňa 16. februára 2015, ktorým jej bola zamietnutá žiadosť o starobný dôchodok zo dňa 14. augusta 2014 z dôvodu, že nesplnila zákonnú podmienku získania potrebnej doby dôchodkového poistenia aj s dobou poistenia podľa právnych predpisov Poľskej republiky. Rozhodnutím číslo XXX XXX XXXX X - R.. zo dňa 22.7.2015 odporkyňa podľa § 112 zákona č. 461/2003 Z. z. o sociálnom poistení zrušila napadnuté rozhodnutie číslo XXX XXX XXXX X zo dňa 16. februára 2015 o zamietnutí žiadosti o priznanie starobného dôchodku, pretože bolo nesprávne vydané, čím navrhovateľke celkom vyhovela. Rozhodnutím číslo XXX XXX XXXX X-R.. zo dňa 22.7.2015 odporkyňa podľa § 65 a § 82 zákona č. 461/2003 Z. z. o sociálnom poistení v znení neskorších predpisov a podľa čl. 52 ods.1 písm. b) nariadenia (ES) Európskeho parlamentu a Rady č. 883/2004 o koordinácii systémov sociálneho zabezpečenia a podľa čl. 7 ods. 4 druhej vety a § 7 ods. 5 Zmluvy medzi Slovenskou republikou a Spojenými štátmi americkými o sociálnom zabezpečení navrhovateľke od 1. mája 2014 priznala starobný dôchodok v sume 71,00 eur mesačne. Podľa § 82 zákona č. 461/2003 Z. z. o sociálnom poistení v znení neskorších predpisov a § 1 opatrenia Ministerstva práce, sociálnych vecí a rodiny Slovenskej republiky č. 295/2014 Z. z., ktorým sa ustanovuje pevná suma zvýšenia dôchodkovej dávky a percento zvýšenia úrazovej renty, navrhovateľke zvýšila od 1. januára 2015 starobný dôchodok na sumu 73,00 eur mesačne. Súd podľa § 250o O.s.p. konanie zastavil. O trovách konania súd rozhodol podľa § 246c a § 146 ods. 1 písm. c) O.s.p. V danom prípade súd postupoval podľa ustanovenia § 492 ods. 1 zákona č. 162/2015 Z. 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https://www.kauzis.sk/judikatura/r/ECLI:SK:KSBA:2017:1015200754.3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