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6S/124/2015 z 17. 1. 2017</w:t>
      </w:r>
    </w:p>
    <w:p>
      <w:r>
        <w:t>Uznesenie Krajského súdu Bratislava z 17. januára 2017, sp. zn. 6S/124/2015, ECLI:SK:KSBA:2017:1015200819.2</w:t>
      </w:r>
    </w:p>
    <w:p>
      <w:r>
        <w:t>Súd: Krajský súd Bratislava</w:t>
      </w:r>
    </w:p>
    <w:p>
      <w:r>
        <w:t>Spisová značka: 6S/124/2015</w:t>
      </w:r>
    </w:p>
    <w:p>
      <w:r>
        <w:t>ECLI: ECLI:SK:KSBA:2017:1015200819.2</w:t>
      </w:r>
    </w:p>
    <w:p>
      <w:r>
        <w:t>Dátum vydania: 17.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6S/124/2015 Identifikačné číslo súdneho spisu: 1015200819 Dátum vydania rozhodnutia: 18. 01. 2017 Meno a priezvisko sudcu, VSÚ: JUDr. Vlastimil Pavlikovský ECLI: ECLI:SK:KSBA:2017:1015200819.2 Uznesenie Krajský súd v Bratislave v právnej veci žalobcu: Kaufland Slovenská republika v.o.s., so sídlom Trnavská cesta 41/A, 831 04 Bratislava, právne zastúpený: PRK Partners s.r.o., so sídlom Hurbanovo námestie 3, 811 06 Bratislava, proti žalovanému: Štátna veterinárna a potravinová správa Slovenskej republiky, so sídlom Botanická 17, 842 13 Bratislava, o preskúmanie zákonnosti rozhodnutia žalovaného č. 961/2015 zo dňa 15.04.2015, takto r o z h o d o l : Krajský súd v Bratislave p o s t u p u j e vec Krajskému súdu v Košiciach. o d ô v o d n e n i e : 1. Žalobou osobne podanou tunajšiemu správnemu súdu dňa 22.05.2015 sa žalobca domáhal preskúmania zákonnosti rozhodnutia žalovaného č. 961/2015 zo dňa 15.04.2015. Žalobou napadnutým rozhodnutím žalovaný potvrdil rozhodnutie Regionálnej veterinárnej a potravinovej správy Košice - mesto č. 2015/185-54/6/So zo dňa 05.02.2015, ktorým tá podľa § 28 ods. 4 písm. i) zákona č. 152/1995 Z.z. o potravinách uložila žalobcovi úhrnnú pokutu vo výške 100 000,- € za nedostatky zistené pri úradnej kontrole potravín dňa 06.06.2014 v prevádzkarni.: Kaufland Slovenská republika v.o.s., Kaufland, Popradská 92, 040 11 Košice. 2.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3. Podľa § 97 SSP, ak tento zákon neustanovuje inak, správny súd kedykoľvek počas konania prihliada na to, či sú splnené podmienky, za ktorých môže správny súd konať a rozhodnúť (ďalej len "procesné podmienky"). 4. Podľa § 10 SSP, na konanie a rozhodovanie v správnom súdnictve sú vecne príslušné krajské súdy, ak tento zákon neustanovuje inak. 5. Podľa ust. § 11 ods. 1 O.s.p. konanie sa uskutočňuje na tom súde, ktorý je vecne a miestne príslušný. Príslušnosť sa určuje podľa okolností, ktoré tu sú v čase začatia konania a trvá až do jeho skončenia. 6. Podľa § 13 ods. 1 SSP, miestne príslušným je krajský súd, v ktorého obvode má sídlo orgán verejnej správy, ktorý rozhodol v prvom stupni, ak tento zákon neustanovuje inak. 7. Podľa § 18 ods. 2 SSP, ak správny súd zistí, že nie je vecne, miestne alebo kauzálne príslušný, postúpi vec uznesením príslušnému správnemu súdu. Nižší správny súd je postúpením veci vyšším správnym súdom viazaný. 8. Podľa § 18 ods. 5 SSP, právne účinky spojené s podaním žaloby alebo iného podania zostávajú pri postúpení veci zachované. 9. V uvedenej právnej veci správny súd po skúmaní procesných podmienok zistil, že nie je miestne príslušný na konanie o podanej žalobe. V prejednávanej veci rozhodovala v prvom stupni Regionálna veterinárna a potravinová správa Košice - mesto, ktorá má sídlo v Košiciach a teda miestne (aj vecne) príslušným je Krajský súd v Košiciach, keďže v jeho obvode má sídlo orgán verejnej správy, ktorý vo veci rozhodoval v prvom stupni. 10. Nakoľko v uvedenej veci bolo zistené, že Krajský súd v Bratislave nie je miestne príslušným na konanie v predmetnej veci, vec bude po právoplatnosti tohto uznesenia postúpená Krajskému súdu v Košiciach. 11.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https://www.kauzis.sk/judikatura/r/ECLI:SK:KSBA:2017:1015200819.2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