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10Sd/52/2015 z 29. 1. 2017</w:t>
      </w:r>
    </w:p>
    <w:p>
      <w:r>
        <w:t>Uznesenie Krajského súdu Bratislava z 29. januára 2017, sp. zn. 10Sd/52/2015, ECLI:SK:KSBA:2017:1015200871.1</w:t>
      </w:r>
    </w:p>
    <w:p>
      <w:r>
        <w:t>Súd: Krajský súd Bratislava</w:t>
      </w:r>
    </w:p>
    <w:p>
      <w:r>
        <w:t>Spisová značka: 10Sd/52/2015</w:t>
      </w:r>
    </w:p>
    <w:p>
      <w:r>
        <w:t>ECLI: ECLI:SK:KSBA:2017:1015200871.1</w:t>
      </w:r>
    </w:p>
    <w:p>
      <w:r>
        <w:t>Dátum vydania: 29.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10Sd/52/2015 Identifikačné číslo súdneho spisu: 1015200871 Dátum vydania rozhodnutia: 30. 01. 2017 Meno a priezvisko sudcu, VSÚ: JUDr. Beata Jurgošová ECLI: ECLI:SK:KSBA:2017:1015200871.1 Uznesenie Krajský súd v Bratislave v právnej veci navrhovateľky: O. Y., bytom T. XX, Z. proti odporkyni: Sociálna poisťovňa ústredie, Ul. 29. augusta č. 8, Bratislava, o starobný dôchodok, takto r o z h o d o l : Súd konanie z a s t a v u j e . Žiaden z účastníkov nemá právo na náhradu trov konania. o d ô v o d n e n i e : Navrhovateľka svojím návrhom zo dňa 16.3.2015 žiadala preskúmať rozhodnutie odporkyne číslo XXX XXX XXXX X zo dňa 11.2.2015, ktorým jej odporkyňa podľa § 65 zákona č. 461/2003 Z.z. o sociálnom poistení v znení zákona č. 555/2007 Z.z. zamietla žiadosť z 15. októbra 2014 o priznanie starobného dôchodku od 9. októbra 2011. Rozhodnutím číslo XXX XXX XXXX X zo dňa 23. 9. 2015 odporkyňa podľa § 65, § 274, § 293z a § 82 zákona č. 461/2003 Z. z. o sociálnom poistení v znení neskorších predpisov navrhovateľke od 9. októbra 2011 priznala starobný dôchodok v sume 75,60 eur mesačne. Podľa § 82 zákona č. 461/2003 Z. z. o sociálnom poistení v znení neskorších predpisov a v súlade s opatrením Ministerstva práce, sociálnych vecí a rodiny Slovenskej republiky č. 334/2011 Z. z., ktoré ustanovuje percento zvýšenia dôchodkovej dávky, navrhovateľke od 1. januára 2012 zvýšila starobný dôchodok na sumu 78,10 eur mesačne. Podľa § 82 a § 293ce zákona č. 461/2003 Z. z. o sociálnom poistení v znení neskorších predpisov a § 1 opatrenia Ministerstva práce, sociálnych vecí a rodiny Slovenskej republiky č. 329/2012 Z. z., ktorým sa ustanovuje pevná suma zvýšenia dôchodkovej dávky a percento zvýšenia úrazovej renty, navrhovateľke od 1. januára 2013 zvýšila starobný dôchodok na sumu 89,30 eur mesačne. Podľa § 82 zákona č. 461/2003 Z. z. o sociálnom poistení v znení neskorších predpisov a § 1 opatrenia Ministerstva práce, sociálnych vecí a rodiny Slovenskej republiky č. 329/2013 Z. z., ktorým sa ustanovuje pevná suma zvýšenia dôchodkovej dávky a percento zvýšenia úrazovej renty, navrhovateľke od 1. januára 2014 zvýšila starobný dôchodok na sumu 98,10 eur mesačne. Podľa § 82 zákona č. 461/2003 Z. z. o sociálnom poistení v znení neskorších predpisov a § 1 opatrenia Ministerstva práce, sociálnych vecí a rodiny Slovenskej republiky č. 295/2014 Z. z., ktorým sa ustanovuje pevná suma zvýšenia dôchodkovej dávky a percento zvýšenia úrazovej renty, navrhovateľke od 1. januára 2015 zvýšila starobný dôchodok na sumu 103,30 eur mesačne. Rozhodnutím číslo XXX XXX XXXX X zo dňa 7.10.2015 odporkyňa podľa § 112 zákona č. 461/2003 Z.z. o sociálnom poistení v znení neskorších predpisov zrušila napadnuté rozhodnutie číslo XXX XXX XXXX X zo dňa 11.2.2015 o zamietnutí žiadosti o priznanie starobného dôchodku, pretože bolo nesprávne vydané, čím bolo opravnému prostriedku vyhovené v celom rozsahu. Súd podľa § 250o O.s.p. konanie zastavil. O trovách konania súd rozhodol podľa § 246c a § 146 ods. 1 písm. c) O.s.p. V danom prípade súd postupoval podľa ustanovenia § 492 ods. 1 zákona č. 162/2015 Z. 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https://www.kauzis.sk/judikatura/r/ECLI:SK:KSBA:2017:1015200871.1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