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6S/127/2015 z 23. 4. 2017</w:t>
      </w:r>
    </w:p>
    <w:p>
      <w:r>
        <w:t>Uznesenie Krajského súdu Bratislava z 23. apríla 2017, sp. zn. 6S/127/2015, ECLI:SK:KSBA:2017:1015200880.3</w:t>
      </w:r>
    </w:p>
    <w:p>
      <w:r>
        <w:t>Súd: Krajský súd Bratislava</w:t>
      </w:r>
    </w:p>
    <w:p>
      <w:r>
        <w:t>Spisová značka: 6S/127/2015</w:t>
      </w:r>
    </w:p>
    <w:p>
      <w:r>
        <w:t>ECLI: ECLI:SK:KSBA:2017:1015200880.3</w:t>
      </w:r>
    </w:p>
    <w:p>
      <w:r>
        <w:t>Dátum vydania: 23. 4. 2017</w:t>
      </w:r>
    </w:p>
    <w:p>
      <w:r>
        <w:t>Forma: Uznesenie</w:t>
      </w:r>
    </w:p>
    <w:p>
      <w:pPr>
        <w:pStyle w:val="Heading2"/>
      </w:pPr>
      <w:r>
        <w:t>Text rozhodnutia</w:t>
      </w:r>
    </w:p>
    <w:p>
      <w:r>
        <w:t>Súd: Krajský súd Bratislava Spisová značka: 6S/127/2015 Identifikačné číslo súdneho spisu: 1015200880 Dátum vydania rozhodnutia: 24. 04. 2017 Meno a priezvisko sudcu, VSÚ: Mgr. Marián Degma ECLI: ECLI:SK:KSBA:2017:1015200880.3 Uznesenie Krajský súd v Bratislave v právnej veci žalobkyne: Bc. F. Y., N.. I. X, XXX XX N., právne zastúpený: JUDr. Jozefom Chmurom, Zvonárska 8, 040 01 Košice, proti žalovanému: Ministerstvo vnútra Slovenskej republiky, Odbor právnych služieb, Pribinova 2, 812 72 Bratislava, v konaní o preskúmanie zákonnosti rozhodnutia žalovaného č. CP-2015/00398-005 zo dňa 17.04.2015, takto r o z h o d o l : Rozsudok Krajského súdu v Bratislave č.k. 6S/127/2015-63 zo dňa 15.02.2017 sa vo výroku opravuje tak, že správne znie: „Krajský súd v Bratislave napadnuté rozhodnutie žalovaného č. p.: CP-2015/00398-005 zo dňa 17.04.2015 ako aj rozhodnutie riaditeľky Centra podpory Košice č. 4/2014 zo dňa 01.12.2014 z r u š u j e podľa § 191 ods. 1 písm. c) SSP a vec vracia žalovanému na ďalšie konanie.“ o d ô v o d n e n i e : 1. Žalobou doručenou Krajskému súdu v Bratislave dňa 28.05.2015 sa žalobca domáhal preskúmania rozhodnutia žalovaného č. CP-2015/00398-005 zo dňa 17.04.2015, ktorým žalovaný potvrdil rozhodnutie prvostupňového správneho orgánu č. 4/2014 zo dňa 01.12.2014, ktorým správny orgán rozhodol o zaradení žalobkyne podľa § 52 ods. 1 zákona č. 315/2001 Z.z. mimo činnú štátnu službu od 01.12.2014 do 31.05.2016. 2. Krajský súd v Bratislave rozsudkom č.k. 6S/127/2015-63 zo dňa 15.02.2017 rozhodol tak, že napadnuté rozhodnutie žalovaného č. CP-2015/00398-005 zo dňa 17.04.2015 ako aj rozhodnutie prvostupňového správneho orgánu zrušil a vec vrátil žalovanému na ďalšie konanie. 3. Dňa 30.03.2017 bolo Krajskému súdu v Bratislave doručené podanie žalobkyne, ktorá upozornila na zrejmú nesprávnosť vo výroku, a to na chybné označenie rozhodnutia prvostupňového správneho orgánu „ Rozhodnutie Centra podpory Krajského riaditeľstva PZ Košice“, pričom správne má byť uvedené „Rozhodnutie riaditeľky Centra podpory Košice č. 4/2014 zo dňa 01.12.2014“, a navrhla jeho opravu. 4. Podľa § 143 S.s.p., správny súd kedykoľvek aj bez návrhu opraví v rozsudku chyby v písaní a počítaní, ako aj iné zrejmé nesprávnosti. O oprave vydá opravné uznesenie, ktoré doručí osobám uvedeným v § 142 ods. 1. 5. Podľa § 147 ods. 2 S.s.p., ak nie je ďalej ustanovené inak, použijú sa na uznesenie primerane ustanovenia o rozsudku vrátane ustanovenia § 139 ods. 4 a § 141. 6. Nakoľko Krajský súd v Bratislave zistil, že pri vyhotovení rozsudku došlo vo výroku k chybe pri písaní pri uvedení správneho prvostupňového rozhodnutia, súd v zmysle § 143 S.s.p. v spojení s § 147 ods. 2 S.s.p. uvedenú chybu opravil. 7. Toto rozhodnutie senát Krajského súdu v Bratislave prijal pomerom hlasov 3 : 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https://www.kauzis.sk/judikatura/r/ECLI:SK:KSBA:2017:1015200880.3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