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10Sd/56/2015 z 27. 11. 2017</w:t>
      </w:r>
    </w:p>
    <w:p>
      <w:r>
        <w:t>Rozsudok Krajského súdu Bratislava z 27. novembra 2017, sp. zn. 10Sd/56/2015, ECLI:SK:KSBA:2017:1015200907.4</w:t>
      </w:r>
    </w:p>
    <w:p>
      <w:r>
        <w:t>Súd: Krajský súd Bratislava</w:t>
      </w:r>
    </w:p>
    <w:p>
      <w:r>
        <w:t>Spisová značka: 10Sd/56/2015</w:t>
      </w:r>
    </w:p>
    <w:p>
      <w:r>
        <w:t>ECLI: ECLI:SK:KSBA:2017:1015200907.4</w:t>
      </w:r>
    </w:p>
    <w:p>
      <w:r>
        <w:t>Dátum vydania: 27. 11. 2017</w:t>
      </w:r>
    </w:p>
    <w:p>
      <w:r>
        <w:t>Forma: Rozsudok</w:t>
      </w:r>
    </w:p>
    <w:p>
      <w:r>
        <w:t>Oblasť práva: Správne právo</w:t>
      </w:r>
    </w:p>
    <w:p>
      <w:pPr>
        <w:pStyle w:val="Heading2"/>
      </w:pPr>
      <w:r>
        <w:t>Text rozhodnutia</w:t>
      </w:r>
    </w:p>
    <w:p>
      <w:r>
        <w:t>Súd: Krajský súd Bratislava Spisová značka: 10Sd/56/2015 Identifikačné číslo súdneho spisu: 1015200907 Dátum vydania rozhodnutia: 28. 11. 2017 Meno a priezvisko sudcu, VSÚ: JUDr. Beata Jurgošová ECLI: ECLI:SK:KSBA:2017:1015200907.4 ROZSUDOK V MENE SLOVENSKEJ REPUBLIKY Krajský súd v Bratislave sudkyňou JUDr. Beátou Jurgošovou v právnej veci navrhovateľa: J. X., bytom Z. XXXX/XX, Z., proti odporkyni: Sociálna poisťovňa ústredie, Ul. 29. augusta č. 8, Bratislava, o invalidný dôchodok, takto r o z h o d o l : Súd rozhodnutie odporkyne číslo XXX XXX XXXX X zo dňa 14.5.2015 v spojení so zmenovým rozhodnutím číslo XXX XXX XXXX X zo dňa 24.11.2015 potvrdzuje. Účastníkom náhradu trov konania nepriznáva. o d ô v o d n e n i e : Rozhodnutím číslo XXX XXX XXXX X zo dňa 14.5.2015 odporkyňa podľa § 70 zákona č. 461/2003 Z.z. o sociálnom poistení v znení neskorších predpisov zamietla žiadosť navrhovateľa o invalidný dôchodok zo dňa 15. apríla 2015. Rozhodla tak s odôvodnením, že podľa posudku posudkového lekára Sociálnej poisťovne, pobočky Bratislava zo dňa 15. apríla 2015, navrhovateľ nie je invalidný, lebo pre dlhodobo nepriaznivý zdravotný stav nemá pokles schopnosti vykonávať zárobkovú činnosť o viac ako 40% v porovnaní so zdravou fyzickou osobou a miera poklesu schopnosti vykonávať zárobkovú činnosť je 35 %. Rozhodnutím číslo XXX XXX XXXX X zo dňa 24.11.2015 odporkyňa podľa § 70 zákona č. 461/2003 Z.z. o sociálnom poistení v znení neskorších predpisov zamietla žiadosť navrhovateľa o invalidný dôchodok zo dňa 15. apríla 2015. Rozhodla tak s odôvodnením, že podľa posudku posudkového lekára Sociálnej poisťovne, pobočky Bratislava zo dňa 12. novembra 2015, navrhovateľ nie je invalidný, lebo pre dlhodobo nepriaznivý zdravotný stav nemá pokles schopnosti vykonávať zárobkovú činnosť o viac ako 40% v porovnaní so zdravou fyzickou osobou a miera poklesu schopnosti vykonávať zárobkovú činnosť je 25 %. Navrhovateľ návrhom zo dňa 4.6.2015 žiadal preskúmať rozhodnutie odporkyne, poukazoval na svoj nepriaznivý zdravotný stav. Súd preskúmal napadnuté rozhodnutie podľa § 250l a nasl. O.s.p., prejednal návrh navrhovateľa a dospel k záveru, že návrh nie je dôvodný. Súd vykonal dokazovanie výsluchom navrhovateľa, odporkyne, posudkom posudkového lekára Sociálnej poisťovne pobočky Bratislava zo dňa 15.4.2015 a posudkom posudkového lekára Sociálnej poisťovne ústredie Bratislava zo dňa 12.11.2015, 31.8.2016, 15.11.2016, 21.8.2017,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navrhovateľa o invalidný dôchodok bola zamietnutá. Podľa posudku posudkového lekára sociálneho poistenia Sociálnej poisťovne pobočky Bratislava zo dňa 15.4.2015, navrhovateľ nie je invalidný podľa § 71 ods. 1 zákona č. 461/2003 Z.z. o sociálnom poistení v znení neskorších predpisov, lebo má mieru poklesu schopnosti vykonávať zárobkovú činnosť 35 % v porovnaní so zdravou fyzickou osobou. Rozhodujúcim zdravotným postihnutím u navrhovateľa bolo zdravotné postihnutie zaradené do kapitoly V, položka 3 písm. a) prílohy č. 4 zákona č. 461/2003 Z.z., kde mieru poklesu schopnosti vykonávať zárobkovú činnosť stanovil na 35 %. Na ostatné ochorenia, ktoré nie sú rozhodujúcim zdravotným postihnutím, ale svojou podstatou neovplyvňujú funkčný stav organizmu, posudkový lekár nenavýšil percentuálnu mieru poklesu schopnosti zárobkovej činnosti o 0 % (najviac o 10 %). Navrhovateľ podal opravný prostriedok, v ktorom poukázal na svoj nepriaznivý zdravotný stav. Posudkový lekár Sociálnej poisťovne ústredie Bratislava v posudku zo dňa 12.11.2015 uviedol, že navrhovateľ bol posúdený dňa 14.5.2015 s MPSVZČ 25 %. Poukázal na to, že v posudkovej spisovej dokumentácii sa uvádza, že je bez vážnejšieho predchorobia, od roku 2006 údajne 4 x liečený v PN PP Pezinok pre syndróm závislosti od pervitínu. Ambulantne je liečený i pre depresívnu poruchu, v spise sa nachádzajú len 2 psychiatrické nálezy z roku 2014, kde je v júni potvrdená depresívna porucha v remisii (bez príznakov ochorenia), závislosť od pervitínu v štádiu abstinencie. V náleze zo dňa 27.10.2014 sa už uvádzajú 3 psychiatrické diagnózy: depresívna porucha a syndróm závislosti od pervitínu. V uvedenom náleze sa nachádza údaj o liečbe depresií od roku 1994 (od 17 rokov), údaje o užívaní pervitínu od 22 rokov. Navrhovateľ k posúdeniu predložil psychiatrické vyšetrenie zo dňa 16.9.2015 už známym súborom ochorení, depresívna porucha je hodnotená ako ľahká fáza. Konštatoval, že navrhovateľ nespĺňa kritériá pre priznanie invalidity. Vzhľadom na uvedené zvolil MPSVZČ na 25 %, z toho 20 % na syndróm závislosti od psychostimulancií a 5 % zvýšil pre depresívnu poruchu. Ďalej uviedol, že navrhovateľ nie je invalidný. Rozhodujúcim zdravotným postihnutím sú duševné choroby a poruchy správania, duševné poruchy a poruchy správania spôsobené užívaním psychoaktívnych látok (alkoholizmus, toxikománia), stredne ťažká forma, F15 (Kapitola V, Položka 7.a)). Posudkový lekár Sociálnej poisťovne ústredie Bratislava v posudku zo dňa 31.8.2016 uviedol, že navrhovateľ bol posúdený dňa 12.11.2016 s MPSVZČ 25 %. Poukázal na to, že v posudkovej dokumentácii sa uvádza, že nie sú dokumentované ani žiadne odborné psychiatrické nálezy týkajúce sa súčasného priebehu ochorenia (DPN od 23.2.2016). Konštatoval, že v dostupnej dokumentácii sa nenachádzajú žiadne údaje, ktoré by odôvodňovali invalidizáciu navrhovateľa, depresívna porucha je hodnotená buď ako ľahká, alebo v remisii (bez príznakov ochorenia), úzkostné poruchy nie sú posudkovo významné z hľadiska posudzovania invalidity a závislosť od psychostimulancií je podľa dokumentovaných údajov dlhodobo v štádiu abstinencie (16.9.2015 sa uvádza 1 rok). Konštatoval, že navrhovateľ nespĺňa kritériá pre priznanie invalidity. Vzhľadom na uvedené zvolil MPSVZČ na 25 %, z toho 20 % na syndróm závislosti od psychostimulancií a 5 % zvýšil pre depresívnu poruchu. Ďalej uviedol, že navrhovateľ nie je invalidný. Rozhodujúcim zdravotným postihnutím sú duševné choroby a poruchy správania, duševné poruchy a poruchy správania spôsobené užívaním psychoaktívnych látok (alkoholizmus, toxikománia), stredne ťažká forma, F15 (Kapitola V, Položka 7.a)). Posudkový lekár Sociálnej poisťovne ústredie Bratislava v posudku zo dňa 15.11.2016 uviedol, že navrhovateľ bol posúdený s MPSVZČ 25%. Poukázal na to, že MPSVZČ u navrhovateľa ovplyvňuje zásadnejšie viacročná závislosť od psychoaktívnych látok, ako sporadicky ambulantne liečená afektívna porucha (depresia). Kvôli závislosti bol podľa dostupných údajov naposledy hospitalizovaný 3 mesiace v roku 2013 - súdom nariadenou liečbou, odvtedy abstinuje pri nariadenej ambulantnej liečbe. Z dôvodu dlhodobej abstinencie určil na toto ochorenie dolnú hranicu z percentuálneho rozpätia 20 až 35 % pre túto položku a pre depresívnu poruchu, opakujúcu sa, ľahkého stupňa, zvýšil MPSVZČ o 5 %, celkovo spolu na 25 %. Ďalej uviedol, že navrhovateľ nie je invalidný. Rozhodujúcim zdravotným postihnutím sú duševné choroby a poruchy správania, duševné poruchy a poruchy správania spôsobené užívaním psychoaktívnych látok (alkoholizmus, toxikománia), stredne ťažká forma, F15 20% (Kapitola V, Položka 7.a)). Na iné zdravotné postihnutie zvýšil percentuálnu mieru o 5 %. Posudkový lekár Sociálnej poisťovne ústredie Bratislava v posudku zo dňa 21.8.2017 uviedol, že navrhovateľ bol posúdený s MPSVZČ 25 %. Posudkový lekár poukázal na závislosť od psychostimulancií (pervitínu), ktorá je dlhodobo v remisii v štádiu dlhodobej abstinencie (uvádzané sú 3 roky), čo potvrdzuje i správa z posilňovacej liečby v PN PP v Pezinku. Toto ochorenie nie je invalidizujúce. Navrhovateľ je ambulantne liečený i pre depresívnu poruchu, avšak táto je tiež v remisii (bez príznakov ochorenia), čo potvrdzujú viaceré psychiatrické odborné nálezy z rokov 2014, 2015, 2016, ako i prepúšťacia správa z PN PP. Zachytená depresívna fáza bola hodnotená ako ľahká, v decembri 2016 bol stav depresie hodnotený ako kompenzovaný. Nejde o invalidizujúce ochorenie. Ďalej úzkostná porucha - vedená ako generalizovaná úzkostná porucha, ktorá sa u navrhovateľa prejavuje vegetatívnymi príznakmi (búšenie srdca, potenie, návaly tepla, porucha koncentrácie pozornosti, poruchy spánkového rytmu). Toto ochorenie je iba v evidencii ambulantnej psychiatričky, v prepúšťacej správe z hospitalizácie na psychiatrii vôbec nie je uvedené. Vegetatívne príznaky neovplyvňujú ani dĺžku života, ani rozpoznávacie a ovládacie schopnosti, ani dlhodobú práceneschopnosť, sú výhradne subjektívne nepríjemné. Toto ochorenie nie je dôvodom k uznaniu invalidity. Poukázal na to, že posudkový záver predchádzajúcich posúdení dlhodobo nepriaznivého zdravotného stavu navrhovateľa ostáva nezmenený, MPSVZČ 25 %, invalidita nevznikla. Ďalej uviedol, že navrhovateľ nie je invalidný. Rozhodujúcim zdravotným postihnutím sú duševné choroby a poruchy správania, duševné poruchy a poruchy správania spôsobené užívaním psychoaktívnych látok (alkoholizmus, toxikománia), stredne ťažká forma, 20 % (Kapitola V, Položka 7.a)). Na iné zdravotné postihnutie zvýšil percentuálnu mieru o 5 %. Ďalej uviedol, že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25 %. Navrhovateľ na pojednávaní dňa 28.11.2017 uviedol, že má úzkostnú depresiu, berie lieky proti úzkosti, bol na kontrole u obvodnej psychiatričky. Taktiež bol aj hospitalizovaný na psychiatrii od 16.10.2017 do 26.10.2017. Zástupkyňa odporkyne uviedla, že poukazuje na závery posudkových lekárov na základe, ktorých navrhovateľ nie je invalidný. Žiadala napadnuté rozhodnutie potvrdiť. Posudkový lekár sociálneho poistenia Sociálnej poisťovne pobočka Bratislava ako aj posudkoví lekári sociálneho poistenia Sociálnej poisťovne ústredie Bratislava vo svojich vyššie uvedených posudkoch zohľadnili všetky navrhovateľom uvádzané ťažkosti a vysporiadali sa s lekárskymi nálezmi nachádzajúcimi sa v zdravotnej dokumentácii navrhovateľa. Podľa záverov posudkových lekárov sociálneho poistenia zhoršenie zdravotného stavu navrhovateľa nie je na takej úrovni, ktorá by podľa ustanovenia § 71 zákona č. 461/2003 Z.z. o sociálnom poistení v znení neskorších predpisov zakladala vznik invalidity. Posudkoví lekári sociálneho poistenia vo vyššie uvedených posudkoch, určili u navrhovateľa mieru poklesu schopnosti vykonávať zárobkovú činnosť 25 % v porovnaní so zdravou fyzickou osobou. Navrhovateľ predloženými odbornými lekárskymi nálezmi nepreukázal, že jeho zdravotný stav odôvodňuje vznik invalidity. Posudkoví lekári určili, že rozhodujúcim zdravotným postihnutím u navrhovateľa sú duševné choroby a poruchy správania, duševné poruchy a poruchy správania spôsobené užívaním psychoaktívnych látok (alkoholizmus, toxikománia), stredne ťažká forma (kapitola V, položka 7.a)) prílohy č. 4 zákona č. 461/2003 Z.z.). Určil mieru poklesu schopnosti vykonávať zárobkovú činnosť 20 %. Za ostatné ochorenia zvýšil percentuálnu mieru o 5 %. Celková miera poklesu schopnosti vykonávať zárobkovú činnosť u navrhovateľa je 25 %. Navrhovateľ nie je invalidný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navrhovateľa.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14.5.2015 v spojení so zmenovým rozhodnutím číslo XXX XXX XXXX X zo dňa 24.11.2015 podľa § 250q ods. 2 O.s.p. ako vecne správne potvrdil. O trovách konania súd rozhodol podľa § 250k ods. 1 v spojení s § 250l ods. 2 O.s.p. Navrhovateľ nebol v konaní úspešný,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https://www.kauzis.sk/judikatura/r/ECLI:SK:KSBA:2017:1015200907.4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