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8Sd/61/2015 z 18. 7. 2017</w:t>
      </w:r>
    </w:p>
    <w:p>
      <w:r>
        <w:t>Uznesenie Krajského súdu Bratislava z 18. júla 2017, sp. zn. 8Sd/61/2015, ECLI:SK:KSBA:2017:1015200969.2</w:t>
      </w:r>
    </w:p>
    <w:p>
      <w:r>
        <w:t>Súd: Krajský súd Bratislava</w:t>
      </w:r>
    </w:p>
    <w:p>
      <w:r>
        <w:t>Spisová značka: 8Sd/61/2015</w:t>
      </w:r>
    </w:p>
    <w:p>
      <w:r>
        <w:t>ECLI: ECLI:SK:KSBA:2017:1015200969.2</w:t>
      </w:r>
    </w:p>
    <w:p>
      <w:r>
        <w:t>Dátum vydania: 18. 7. 2017</w:t>
      </w:r>
    </w:p>
    <w:p>
      <w:r>
        <w:t>Forma: Uznesenie</w:t>
      </w:r>
    </w:p>
    <w:p>
      <w:pPr>
        <w:pStyle w:val="Heading2"/>
      </w:pPr>
      <w:r>
        <w:t>Text rozhodnutia</w:t>
      </w:r>
    </w:p>
    <w:p>
      <w:r>
        <w:t>Súd: Krajský súd Bratislava Spisová značka: 8Sd/61/2015 Identifikačné číslo súdneho spisu: 1015200969 Dátum vydania rozhodnutia: 19. 07. 2017 Meno a priezvisko sudcu, VSÚ: JUDr. Blanka Malichová ECLI: ECLI:SK:KSBA:2017:1015200969.2 Uznesenie Krajský súd v Bratislave v právnej veci navrhovateľky: C. S., nar. XX.XX.XXXX, bytom Y. XXX/X, D. I., proti odporkyni: Sociálna poisťovňa ústredie, Ul. 29. augusta 8 - 10, Bratislava, o opravnom prostriedku proti rozhodnutiu správneho orgánu o invalidnom dôchodku č. XXX XXX XXXX X zo dňa 27.11.2014, takto r o z h o d o l : Konanie z a s t a v u j e . Žiaden z účastníkov nemá právo na náhradu trov konania. o d ô v o d n e n i e : 1. Navrhovateľka návrhom zo dňa 08.12.2014, Krajskému súdu v Bratislave (ďalej iba „súd“) doručeným prostredníctvom odporkyne dňa 16.06.2015, žiadala preskúmať rozhodnutie odporkyne číslo XXX XXX XXXX X zo dňa 27.11.2014, ktorým bola zamietnutá žiadosť navrhovateľky o invalidný dôchodok zo dňa 10.11.2014. 2. Na súdnom pojednávaní dňa 19.07.2017 vzala navrhovateľka svoj návrh v celom rozsahu späť a žiadala konanie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Krajský súd v Bratislave, so zreteľom na dispozitívny úkon navrhovateľa, ktorým vzal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12. V zmysle jeho ustanovení postupoval aj pri rozhodovaní o trovách konania, a nakoľko odporkyni trovy konania nevznikli ,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 písomne, dvojmo.</w:t>
      </w:r>
    </w:p>
    <w:p/>
    <w:p>
      <w:r>
        <w:t>Zdroj: KAUZIS.SK – https://www.kauzis.sk/judikatura/r/ECLI:SK:KSBA:2017:1015200969.2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