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4Sp/57/2015 z 25. 10. 2017</w:t>
      </w:r>
    </w:p>
    <w:p>
      <w:r>
        <w:t>Uznesenie Krajského súdu Bratislava z 25. októbra 2017, sp. zn. 4Sp/57/2015, ECLI:SK:KSBA:2017:1015201084.1</w:t>
      </w:r>
    </w:p>
    <w:p>
      <w:r>
        <w:t>Súd: Krajský súd Bratislava</w:t>
      </w:r>
    </w:p>
    <w:p>
      <w:r>
        <w:t>Spisová značka: 4Sp/57/2015</w:t>
      </w:r>
    </w:p>
    <w:p>
      <w:r>
        <w:t>ECLI: ECLI:SK:KSBA:2017:1015201084.1</w:t>
      </w:r>
    </w:p>
    <w:p>
      <w:r>
        <w:t>Dátum vydania: 25. 10. 2017</w:t>
      </w:r>
    </w:p>
    <w:p>
      <w:r>
        <w:t>Forma: Uznesenie</w:t>
      </w:r>
    </w:p>
    <w:p>
      <w:pPr>
        <w:pStyle w:val="Heading2"/>
      </w:pPr>
      <w:r>
        <w:t>Text rozhodnutia</w:t>
      </w:r>
    </w:p>
    <w:p>
      <w:r>
        <w:t>Súd: Krajský súd Bratislava Spisová značka: 4Sp/57/2015 Identifikačné číslo súdneho spisu: 1015201084 Dátum vydania rozhodnutia: 26. 10. 2017 Meno a priezvisko sudcu, VSÚ: JUDr. Ľubomír Šramko ECLI: ECLI:SK:KSBA:2017:1015201084.1 Uznesenie Krajský súd v Bratislave v právnej veci navrhovateľov: 1/ Ministerstvo zdravotníctva Slovenskej republiky so sídlom Limbová 2, Bratislava (pôvodne: Univerzitná nemocnica Bratislava so sídlom Pažítková 4, Bratislava), 2/Slovenský zväz záhradkárov, ZO 4 - 11 Bratislava - Lamač so sídlom Židovská 19, Bratislava, 3/ Družstvo podielnikov Devín so sídlom Čsl. tankistov 300/A, Bratislava - Záhorská Bystrica proti odporcovi: Okresný úrad Bratislava, pozemkový a lesný odbor so sídlom Tomášikova 465, Bratislava za účasti: Oprávnené osoby združené v Lesnom spoločenstve majiteľov urbáru a lesnej spoločnosti Bratislava - Lamač so sídlom Heyrovského 3, Bratislava, zastúpené: Advokátska kancelária HASALA, s.r.o so sídlom Drieňová 34, Bratislava v konaní o opravnom prostriedku navrhovateľa v 3/ rade zo dňa 26.2.2015 proti rozhodnutiu odporcu Č.k.: 979/92, 18526/14, Un.: OU-BA-PLO-2014/230298/ ZBE zo dňa 15.1.2015 takto r o z h o d o l : Krajský súd v Bratislave konanie vo veci navrhovateľa v 3/ rade z a s t a v u j e . Navrhovateľ v 3/ rade nemá právo na náhradu trov tohto konania. o d ô v o d n e n i e : Dňa 4.3.2015 bol konajúcemu Krajskému súdu v Bratislave (ďalej len „súd“) doručený návrh - opravný prostriedok navrhovateľa v 1/ rade zo 4.3.2015, evidovaný pod sp. zn.: 4Sp/29/2015. Dňa 1.7.2015 bol súdu prostredníctvom odporcu v rámci vyjadrenia sa k podanému návrhu doručený návrh - opravný prostriedok navrhovateľa v 2/ rade z 27.2.2015, evidovaný pod sp. zn.: 4Sp/56/2015. Dňa 1.7.2015 bol súdu prostredníctvom odporcu v rámci vyjadrenia sa k podanému návrhu doručený návrh - opravný prostriedok navrhovateľa v 3/ rade z 26.2.20154, evidovaný pod sp. zn.: 4Sp/57/2015. Vyššie uvedenými návrhmi sa navrhovatelia domáhali zrušenia napadnutého rozhodnutia odporcu Č.k.: 979/92, 18526/14, Zn.: OU-BA-PLO-2014/230298/ZBE zo dňa 15.1.2015. Dňa 24.3.2017 doručil navrhovateľ v 3/ rade - Družstvo podielnikov Devín súdu späťvzatie podaného návrhu - opravného prostriedku voči napadnutému rozhodnutiu odporcu, datované 22.3.2017.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v 3/ rade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 počte vyhotovení, zodpovedajúcom počtu účastníkov konania.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https://www.kauzis.sk/judikatura/r/ECLI:SK:KSBA:2017:1015201084.1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