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8Sd/74/2015 z 5. 11. 2017</w:t>
      </w:r>
    </w:p>
    <w:p>
      <w:r>
        <w:t>Opravné uznesenie Krajského súdu Bratislava z 5. novembra 2017, sp. zn. 8Sd/74/2015, ECLI:SK:KSBA:2017:1015201117.6</w:t>
      </w:r>
    </w:p>
    <w:p>
      <w:r>
        <w:t>Súd: Krajský súd Bratislava</w:t>
      </w:r>
    </w:p>
    <w:p>
      <w:r>
        <w:t>Spisová značka: 8Sd/74/2015</w:t>
      </w:r>
    </w:p>
    <w:p>
      <w:r>
        <w:t>ECLI: ECLI:SK:KSBA:2017:1015201117.6</w:t>
      </w:r>
    </w:p>
    <w:p>
      <w:r>
        <w:t>Dátum vydania: 5. 11.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8Sd/74/2015 Identifikačné číslo súdneho spisu: 1015201117 Dátum vydania rozhodnutia: 06. 11. 2017 Meno a priezvisko sudcu, VSÚ: JUDr. Blanka Malichová ECLI: ECLI:SK:KSBA:2017:1015201117.6 Opravné uznesenie Krajský súd v Bratislave v právnej veci navrhovateľa: N. B., nar. XX.XX.XXXX, bytom R. XX, H., zastúpený: Mgr. Peter Hargaš, advokát, so sídlom Košická 56 Bratislava, proti odporkyni: Sociálna poisťovňa ústredie, Ul. 29. augusta 8, Bratislava, v konaní o invalidný dôchodok, takto r o z h o d o l : Súd opravuje záhlavie uznesenia Krajského súdu v Bratislave č. k. 8Sd/74/2015-70 zo dňa 19. júla 2017 tak, že dátum narodenia navrhovateľa správne znie: „XX.XX.XXXX“. o d ô v o d n e n i e : Súd dňa 19. júla 2017 rozhodol uznesením č. k. 8Sd/74/2015-70 tak, že konanie 8Sd/74/2015 zastavil a odporkyni uložil povinnosť zaplatiť navrhovateľovi náhradu trov konania vo výške 325,66 € k rukám jeho právneho zástupcu - advokáta Mgr. Petra Hargaša, so sídlom Košická 56, Bratislava, do 15 dní od právoplatnosti predmetného uznesenia. Dňa 19.09.2017 podala odporkyňa proti uzneseniu č. k. 8Sd/74/2015-70 zo dňa 19.07.2017 odvolanie, ktoré súd predložil dňa 16.10.2017 Najvyššiemu súdu Slovenskej republiky, ktorý vec vrátil tunajšiemu súdu dňa 31.10.2017 bez rozhodnutia o odvolaní za účelom opravy chyby v písaní, ktorú obsahovalo záhlavie napadnutého uznesenia, konkrétne nesprávne uvedený dátum narodenia navrhovateľa ako XX.XX.XXXX, pričom správny dátum má byť XX.XX.XXXX. Podľa ustanovenia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Vzhľadom na vyššie uvedené skutočnosti, pri aplikácii citovanej právnej normy súd vydal uznesenie a vykonal opravu záhlavia tunajšieho súdu č. k. 8Sd/74/2015-70 zo dňa 19. júla 2017 tak, ako to vyplýva z výroku tohto rozhodnutia z dôvodu, že pri písomnom vyhotovovaní uznesenia došlo k chybe v písaní. Poučenie: Proti tomuto uzneseniu možno podať odvolanie do 15 dní odo dňa jeho doručenia na Krajskom súde v Bratislave.</w:t>
      </w:r>
    </w:p>
    <w:p/>
    <w:p>
      <w:r>
        <w:t>Zdroj: KAUZIS.SK – https://www.kauzis.sk/judikatura/r/ECLI:SK:KSBA:2017:1015201117.6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