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8Sd/80/2015 z 20. 6. 2017</w:t>
      </w:r>
    </w:p>
    <w:p>
      <w:r>
        <w:t>Uznesenie Krajského súdu Bratislava z 20. júna 2017, sp. zn. 8Sd/80/2015, ECLI:SK:KSBA:2017:1015201191.3</w:t>
      </w:r>
    </w:p>
    <w:p>
      <w:r>
        <w:t>Súd: Krajský súd Bratislava</w:t>
      </w:r>
    </w:p>
    <w:p>
      <w:r>
        <w:t>Spisová značka: 8Sd/80/2015</w:t>
      </w:r>
    </w:p>
    <w:p>
      <w:r>
        <w:t>ECLI: ECLI:SK:KSBA:2017:1015201191.3</w:t>
      </w:r>
    </w:p>
    <w:p>
      <w:r>
        <w:t>Dátum vydania: 20. 6. 2017</w:t>
      </w:r>
    </w:p>
    <w:p>
      <w:r>
        <w:t>Forma: Uznesenie</w:t>
      </w:r>
    </w:p>
    <w:p>
      <w:pPr>
        <w:pStyle w:val="Heading2"/>
      </w:pPr>
      <w:r>
        <w:t>Text rozhodnutia</w:t>
      </w:r>
    </w:p>
    <w:p>
      <w:r>
        <w:t>Súd: Krajský súd Bratislava Spisová značka: 8Sd/80/2015 Identifikačné číslo súdneho spisu: 1015201191 Dátum vydania rozhodnutia: 21. 06. 2017 Meno a priezvisko sudcu, VSÚ: JUDr. Blanka Malichová ECLI: ECLI:SK:KSBA:2017:1015201191.3 Uznesenie Krajský súd v Bratislave v právnej veci navrhovateľa: Ľ. Z., nar. XX.XX.XXXX, bytom T. XXXX/XX, XXX XX C., zast. JUDr. Janou Uhrinovou, advokátkou so sídlom Bezručova 1, 811 09 Bratislava proti odporkyni: Sociálna poisťovňa - ústredie, Ul. 29. augusta č. 8-10, Bratislava, o invalidný dôchodok o preskúmanie rozhodnutia správneho orgánu vo veci dôchodkového poistenia č. XXX XXX XXXX 0 zo dňa 27.01.2015, takto r o z h o d o l : Konanie z a s t a v u j e. Žiaden z účastníkov nemá právo na náhradu trov konania. o d ô v o d n e n i e : 1. Dňa 21.07.2015 bol Krajskému súdu v Bratislave (ďalej len „súd“) doručený opravný prostriedok navrhovateľa vo veci preskúmania rozhodnutia správneho orgánu, týkajúceho sa dôchodkového poistenia č. XXX XXX XXXX 0 zo dňa 27.01.2015, ktorým odporkyňa zamietla žiadosť navrhovateľa o zvýšenie invalidného dôchodku. 2. Písomným podaním zo dňa 05.06.2017, doručeným Krajskému súdu v Bratislave dňa 06.06.2017, prehlásil navrhovateľ, že svoje odvolanie zo dňa 17.02.2015 berie späť, nakoľko rozhodnutím č. XXX XXX XXXX 0 zo dňa 11.05.2017 mu odporca v súlade s ust. § 70 ods. 1 a § 82 zák.č. 461/2003 Z.z. priznal invalidný dôchodok vo výške 124 eur mesačne, počnúc dňom 12.07.2016.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pre vyhovenie jeho návrhu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https://www.kauzis.sk/judikatura/r/ECLI:SK:KSBA:2017:1015201191.3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