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5Sd/81/2015 z 24. 1. 2017</w:t>
      </w:r>
    </w:p>
    <w:p>
      <w:r>
        <w:t>Uznesenie Krajského súdu Bratislava z 24. januára 2017, sp. zn. 5Sd/81/2015, ECLI:SK:KSBA:2017:1015201198.1</w:t>
      </w:r>
    </w:p>
    <w:p>
      <w:r>
        <w:t>Súd: Krajský súd Bratislava</w:t>
      </w:r>
    </w:p>
    <w:p>
      <w:r>
        <w:t>Spisová značka: 5Sd/81/2015</w:t>
      </w:r>
    </w:p>
    <w:p>
      <w:r>
        <w:t>ECLI: ECLI:SK:KSBA:2017:1015201198.1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5Sd/81/2015 Identifikačné číslo súdneho spisu: 1015201198 Dátum vydania rozhodnutia: 25. 01. 2017 Meno a priezvisko sudcu, VSÚ: JUDr. Milota Tóthová ECLI: ECLI:SK:KSBA:2017:1015201198.1 Uznesenie Krajský súd v Bratislave v právnej veci navrhovateľa N. A., D. S. XXX/XXX, A. Q.,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9.4.2015 a návrhom zo dňa 24.6.2015 žiadal preskúmať rozhodnutie odporkyne číslo XXX XXX XXXX X zo dňa 13.3.2015, ktorým odporkyňa zamietla žiadosť z 23. februára 2015 o priznanie starobného dôchodku od 23. februára 2015 a rozhodnutie číslo XXX XXX XXXX X zo dňa 15.5.2015, ktorým odporkyňa pozmenila rozhodnutie číslo XXX XXX XXXX X zo dňa 13.3.2015. Napriek tomu, že navrhovateľ vo svojom vyjadrení zo dňa 26.8.2016 doslovne neuviedol, že berie svoje návrhy na preskúmanie rozhodnutí odporkyne späť, je nepochybné, že smerovalo k tomu, aby súd o jeho návrhoch na preskúmanie rozhodnutí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návrhov v celom rozsahu, bolo konanie zastavené.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https://www.kauzis.sk/judikatura/r/ECLI:SK:KSBA:2017:1015201198.1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