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10Sd/81/2015 z 22. 6. 2017</w:t>
      </w:r>
    </w:p>
    <w:p>
      <w:r>
        <w:t>Uznesenie Krajského súdu Bratislava z 22. júna 2017, sp. zn. 10Sd/81/2015, ECLI:SK:KSBA:2017:1015201230.1</w:t>
      </w:r>
    </w:p>
    <w:p>
      <w:r>
        <w:t>Súd: Krajský súd Bratislava</w:t>
      </w:r>
    </w:p>
    <w:p>
      <w:r>
        <w:t>Spisová značka: 10Sd/81/2015</w:t>
      </w:r>
    </w:p>
    <w:p>
      <w:r>
        <w:t>ECLI: ECLI:SK:KSBA:2017:1015201230.1</w:t>
      </w:r>
    </w:p>
    <w:p>
      <w:r>
        <w:t>Dátum vydania: 22. 6.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10Sd/81/2015 Identifikačné číslo súdneho spisu: 1015201230 Dátum vydania rozhodnutia: 23. 06. 2017 Meno a priezvisko sudcu, VSÚ: JUDr. Beata Jurgošová ECLI: ECLI:SK:KSBA:2017:1015201230.1 Uznesenie Krajský súd v Bratislave v právnej veci navrhovateľky: Y.. H. V., bytom T. XXXXX/X, F. proti odporkyni: Sociálna poisťovňa ústredie, Ul. 29. augusta č. 8, Bratislava, o zvýšenie starobného dôchodku, takto r o z h o d o l : Súd konanie zastavuje. Žiaden z účastníkov nemá právo na náhradu trov konania. o d ô v o d n e n i e : Navrhovateľka svojím návrhom zo dňa 10.7.2015 žiadala preskúmať rozhodnutie odporkyne číslo XXX XXX XXXX X zo dňa 15. júna 2015, ktorým jej odporkyňa podľa § 68 ods. 2, § 66 ods. 3 a § 82 zákona č. 461/2003 Z.z. o sociálnom poistení v znení neskorších predpisov od 1. apríla 2014 zvýšila starobný dôchodok na sumu 759,90 eur mesačne. Podľa § 82 zákona č. 461/2003 Z.z. o sociálnom poistení v znení neskorších predpisov a § 1 Opatrenia Ministerstva práce, sociálnych vecí a rodiny Slovenskej republiky č. 295/2014 Z.z., ktorým sa ustanovuje pevná suma zvýšenia dôchodkovej dávky a percento zvýšenia úrazovej renty v roku 2015, odporkyňa od 1. januára 2015 navrhovateľke zvýšila starobný dôchodok na sumu 765,10 eur mesačne. Odporkyňa vydala rozhodnutie číslo XXX XXX XXXX X - K.. zo dňa 7.3.2017, ktorým podľa § 293cr, § 69a) a § 82 zákona č. 461/2003 Z. z. o sociálnom poistení v znení neskorších predpisov, navrhovateľke od 31. októbra 2014 zvýšila starobný dôchodok na sumu 774,30 eur mesačne. Odporkyňa rozhodnutím číslo XXX XXX XXXX X - K.. zo dňa 7.3.2017 podľa § 82 zákona č. 461/2003 Z.z. o sociálnom poistení v znení neskorších predpisov a § 1 opatrenia Ministerstva práce, sociálnych vecí a rodiny SR č. 295/2014 Z.z., ktorým sa ustanovuje pevná suma zvýšenia dôchodkovej dávky a percento úrazovej renty v roku 2015, zvýšila navrhovateľke od 1.1.2015 starobný dôchodok na 779,50 eur mesačne a vdovský dôchodok na sumu 128,70 eur mesačne. Odporkyňa rozhodnutím číslo XXX XXX XXXX X - K.. zo dňa 7.3.2017 podľa § 82 zákona č. 461/2003 Z.z. o sociálnom poistení v znení neskorších predpisov a § 1 opatrenia Ministerstva práce, sociálnych vecí a rodiny SR č. 283/2015 Z.z., ktorým sa ustanovuje pevná suma zvýšenia dôchodkovej dávky a percento úrazovej renty v roku 2016, zvýšila navrhovateľke od 1.1.2016 starobný dôchodok na 781,40 eur mesačne a vdovský dôchodok na sumu 129,30 eur mesačne. Odporkyňa rozhodnutím číslo XXX XXX XXXX X - K. zo dňa 7.3.2017 podľa § 82, § 293dq a § 293dr zákona č. 461/2003 Z. z. o sociálnom poistení v znení neskorších predpisov navrhovateľke zvýšila od 1.1.2017 starobný dôchodok na 789,60 eur mesačne a vdovský dôchodok na 131,60 eur mesačne. Vzhľadom na skutočnosť, že zmenovým rozhodnutím číslo XXX XXX XXXX X -K.. zo dňa 7.3.2017 bolo opravnému prostriedku navrhovateľky zo dňa 10.7.2015 vyhovené v celom rozsahu, súd podľa § 250o O.s.p. konanie zastavil.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https://www.kauzis.sk/judikatura/r/ECLI:SK:KSBA:2017:1015201230.1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