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6S/181/2015 z 7. 6. 2017</w:t>
      </w:r>
    </w:p>
    <w:p>
      <w:r>
        <w:t>Uznesenie Krajského súdu Bratislava z 7. júna 2017, sp. zn. 6S/181/2015, ECLI:SK:KSBA:2017:1015201234.1</w:t>
      </w:r>
    </w:p>
    <w:p>
      <w:r>
        <w:t>Súd: Krajský súd Bratislava</w:t>
      </w:r>
    </w:p>
    <w:p>
      <w:r>
        <w:t>Spisová značka: 6S/181/2015</w:t>
      </w:r>
    </w:p>
    <w:p>
      <w:r>
        <w:t>ECLI: ECLI:SK:KSBA:2017:1015201234.1</w:t>
      </w:r>
    </w:p>
    <w:p>
      <w:r>
        <w:t>Dátum vydania: 7. 6.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6S/181/2015 Identifikačné číslo súdneho spisu: 1015201234 Dátum vydania rozhodnutia: 08. 06. 2017 Meno a priezvisko sudcu, VSÚ: Mgr. Marián Degma ECLI: ECLI:SK:KSBA:2017:1015201234.1 Uznesenie Krajský súd v Bratislave v právnej veci žalobcu: D. W., T.. XX.XX.XXXX, G. XXX/XX, XXX XX G. K., zastúpený: Mgr. Matej Krajči, advokát, Májkova 1, 811 07 Bratislava, proti žalovanému: Krajské riaditeľstvo Policajného zboru v Bratislave, Krajský dopravný inšpektorát, Špitálska 14, 812 28 Bratislava, v konaní o preskúmanie zákonnosti rozhodnutí žalovaného č. KRPZ-BA-KDI21-75/2015-P zo dňa 15.05.2015, takto r o z h o d o l : Krajský súd v Bratislave konanie z a s t a v u j e . Žiaden z účastníkov n e m á právo na náhradu trov konania. o d ô v o d n e n i e : 1. Žalobou doručenou Krajskému súdu v Bratislave dňa 27.07.2015 sa žalobca domáhal preskúmania zákonnosti rozhodnutia žalovaného č. KRPZ-BA-KDI21 -75/2015-P zo dňa 15.05.2015 (ďalej aj len „napadnuté rozhodnutie"), ktorým žalovaný zamietol odvolanie žalobcu a potvrdil rozhodnutie Okresného dopravného inšpektorátu Okresného riaditeľstva Policajného zboru v Pezinku č. ORP-P-77/ PK-ODI2-2015 zo dňa 12.03.2015 (ďalej aj len „prvostupňové rozhodnutie") o zadržaní vodičského preukazu č. C.-XXXXX-XX vydaného žalobcovi na skupiny „ AM, BI, B, Cl, C, T", pretože dňa 25.02.2015 v čase o 12:32 hod. viedol v Pezinku po Holubyho ulici v smere od železničnej stanice do centra mesta osobné motorové vozidlo zn. Peugeot 3008, EČ: C., pričom nedal prednosť chodcovi S., idúcemu po riadne vyznačenom priechode pre chodcov v smere od Radničného námestia na ulicu Holubyho, následkom čoho došlo k zrážke s chodcom, ktorý spadol na vozovku. 2. Podaním doručeným správnemu súdu dňa 26.05.2017 vzal žalobca žalobu späť a navrhol konanie zastaviť. 3. Podľa § 63 zákona č. 162/2015 Z. z. Správny súdny poriadok (ďalej len „SSP")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4. Podľa § 99 písm. a) SSP, správny súd konanie uznesením zastaví, ak žalobca vzal žalobu späť skôr, ako správny súd vo veci rozhodol. 5. Nakoľko žalobca vzal späť žalobu pred rozhodnutím veci, správny súd v súlade s ustanovením § 99 písm. a) SSP konanie zastavil. 6. O náhrade trov konania správny súd rozhodol podľa § 170 písm. b) SSP tak, že žiaden z účastníkov nemá právo na náhradu trov konania, nakoľko konanie bolo zastavené. 7. Toto rozhodnutie senát Krajského súdu v Bratislave prijal pomerom hlasov 3:0 (§ 3 ods. 9 zákona č. 757/2004 Z.z. v znení zákona č. 33/2011). Poučenie: Proti tomuto uzneseniu možno podať kasačnú sťažnosť v lehote jedného mesiaca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https://www.kauzis.sk/judikatura/r/ECLI:SK:KSBA:2017:1015201234.1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