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8Sd/84/2015 z 22. 8. 2017</w:t>
      </w:r>
    </w:p>
    <w:p>
      <w:r>
        <w:t>Rozsudok Krajského súdu Bratislava z 22. augusta 2017, sp. zn. 8Sd/84/2015, ECLI:SK:KSBA:2017:1015201245.3</w:t>
      </w:r>
    </w:p>
    <w:p>
      <w:r>
        <w:t>Súd: Krajský súd Bratislava</w:t>
      </w:r>
    </w:p>
    <w:p>
      <w:r>
        <w:t>Spisová značka: 8Sd/84/2015</w:t>
      </w:r>
    </w:p>
    <w:p>
      <w:r>
        <w:t>ECLI: ECLI:SK:KSBA:2017:1015201245.3</w:t>
      </w:r>
    </w:p>
    <w:p>
      <w:r>
        <w:t>Dátum vydania: 22. 8. 2017</w:t>
      </w:r>
    </w:p>
    <w:p>
      <w:r>
        <w:t>Forma: Rozsudok</w:t>
      </w:r>
    </w:p>
    <w:p>
      <w:r>
        <w:t>Oblasť práva: Správne právo</w:t>
      </w:r>
    </w:p>
    <w:p>
      <w:pPr>
        <w:pStyle w:val="Heading2"/>
      </w:pPr>
      <w:r>
        <w:t>Text rozhodnutia</w:t>
      </w:r>
    </w:p>
    <w:p>
      <w:r>
        <w:t>Súd: Krajský súd Bratislava Spisová značka: 8Sd/84/2015 Identifikačné číslo súdneho spisu: 1015201245 Dátum vydania rozhodnutia: 23. 08. 2017 Meno a priezvisko sudcu, VSÚ: JUDr. Blanka Malichová ECLI: ECLI:SK:KSBA:2017:1015201245.3 ROZSUDOK V MENE SLOVENSKEJ REPUBLIKY Krajský súd v Bratislave v konaní pred sudkyňou JUDr. Blankou Malichovou, v právnej veci navrhovateľky: P. S., nar. 02.08.1963, bytom A. XXX/XX, XXX XX F. proti odporkyni: Sociálna poisťovňa - ústredie, ul. 29. augusta č. 8, Bratislava, o invalidný dôchodok, na odvolanie navrhovateľky proti rozhodnutiu odporkyne č. XXX XXX XXXX X zo dňa 02. marca 2015 takto r o z h o d o l : Rozhodnutie odporkyne číslo XXX XXX XXXX 0 zo dňa 02. marca 2015 potvrdzuje. Navrhovateľke n e p r i z n á v a právo na náhradu trov konania. o d ô v o d n e n i e : 1. Opravným prostriedkom podaným v zákonnej lehote, sa navrhovateľka domáhala preskúmania rozhodnutia č. XXX XXX XXXX 0 zo dňa 02.03.2015 a prehodnotenia určenej výšky jej invalidného dôchodku. V dôvodoch uviedla, že zdravotný stav jej neumožňuje zamestnať sa v žiadnom odvetví, z čoho vyplýva, že nie je schopná vôbec vykonávať zárobkovú činnosť a invalidný dôchodok je jej jediným príjmom. Neustále trpí veľkými bolesťami krčnej chrbtice, má potvrdený závažný stupeň poruchy statodynamiky chrbtice a pretrvávajúci úžinový syndróm stredových nervov oboch zápästí, vysoký krvný tlak, poruchy metabolizmu, atď. O prehodnotenie výšky invalidného dôchodku žiadala aj z dôvodu, že uvedená čiastka jej vo veľkej miere pokrýva len náklady na lieky a na živobytie jej nezostáva skoro nič. Manžel je tiež poberateľom invalidného dôchodku a majú problém vyžiť z tak malého príjmu. 2. Na odvolanie navrhovateľky reagovala odporkyňa zaslaním opravného prostriedku Sociálnej poisťovni, pobočka Bratislava, za účelom komplexného prehodnotenia správnosti, úplnosti a presvedčivosti jej posudku, v lehote stanovenej podľa platných pracovných postupov, najmä v súlade s metodickým usmernením Sociálne poisťovne č. 29/2010. 3. Vo vyjadrení, ktoré odporkyňa súdu spolu s opravným prostriedkom doručila dňa 29.07.2015, po opätovnom posúdení zdravotného stavu navrhovateľky, dňa 14.07.2015, rozviedla právne a skutkové dôvody, pre ktoré žiadala napadnuté rozhodnutie potvrdiť ako vecne správne. V skutkových dôvodoch poukázala na posudok posudkového lekára sociálneho poistenia Sociálnej poisťovne, pobočky Bratislava, zo dňa 09.02.2015, ktorý bol vypracovaný po kontrolnej lekárskej prehliadke, určenej na december 2014, podľa ktorého je navrhovateľka v zmysle ust. § 71 ods. 1 zákona o sociálnom poistení č. 461/2003 Z.z. (ďalej len „ZSP“), od 09.02.2015 invalidná s mierou poklesu schopnosti vykonávať zárobkovú činnosť 60 % v porovnaní so zdravou fyzickou osobou. V uvedenom posudku posudkový lekár sociálneho poistenia odborne posúdil a vyhodnotil zdravotný stav navrhovateľky a zistené zdravotné postihnutia zaradil do príslušnej kapitoly podľa Prílohy č. 4 k zákonu. Keďže u navrhovateľky došlo k zmene skutočností rozhodných pre posúdenie nároku na invalidný dôchodok, bol jej napadnutým rozhodnutím invalidný dôchodok zvýšený a jeho výška bola určená v súlade s ustanovením 73 ods. 2 zákona, pričom spôsob jej určenia navrhovateľka nenamietala. Na základe podaného opravného prostriedku bol zdravotný stav navrhovateľky posudkovým lekárom Sociálnej poisťovne, pobočky Bratislava, dňa 08.04.2015 a posudkovým lekárom Sociálnej poisťovne - ústredie, dňa 14.07.2015 opätovne posúdený. Posudkoví lekári zotrvali na pôvodnom posudku, že navrhovateľka je od 09.02.2015 invalidná podľa ustanovenia § 71 ods. 1 ZSP, s mierou poklesu schopnosti vykonávať zárobkovú činnosť 60 % v porovnaní so zdravou fyzickou osobou. Odporkyňa poukázala na to, že navrhovateľka v konaní o opravnom prostriedku, predloženými listinnými dôkazmi (najmä odbornými lekárskymi nálezmi) nepreukázala, že jej zdravotný stav odôvodňuje vyššiu mieru poklesu schopnosti vykonávať zárobkovú činnosť v porovnaní so zdravou fyzickou osobou alebo zmenu dátumu vzniku invalidity. 4. Na pojednávaní súdu dňa 19.07.2017 bola navrhovateľka poučená o možnosti doplatenia počtu odpracovaných rokov a za účelom bližších zistení ohľadom uvedenej možnosti, bolo na žiadosť navrhovateľky pojednávanie odročené. Na pojednávaní dňa 23.08.2017 navrhovateľka zotrvala na svojich odvolacích dôvodoch, nakoľko z informácie v príslušnej pobočke poisťovne zistila, že po doplatení sumy cca vo výške 2.000 eur, by jej suma dôchodku bola zvýšená cca o 1 euro. Odporkyňa zotrvala na svojich písomných vyjadreniach a dôvodoch uvedených v jej rozhodnutiach a napadnuté rozhodnutie žiadala ako vecne správne potvrdiť. 5. Krajský súd v Bratislave (ďalej len „súd“)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na ktorom sa oboznámil s pripojenými listinnými dôkazmi, vypočul navrhovateľku i odporkyňu a dospel k záveru, že napadnuté rozhodnutie odporkyne je potrebné ako vecne správne potvrdiť (ust. § 250q ods. 3 O.s.p.). 6. Podľa § 491 ods. 1 Správneho súdneho poriadku č. 162/2015 Z.z. (ďalej len „S.s.p.“), ak nie je ďalej ustanovené inak, platí tento zákon aj na konania začaté podľa piatej časti Občianskeho súdneho poriadku predo dňom nadobudnutia jeho účinnosti. 7.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8. Podľa § 492 ods. 1 Správneho súdneho poriadku, konania podľa tretej hlavy piatej časti Občianskeho súdneho poriadku začaté predo dňom nadobudnutia účinnosti tohto zákona, sa dokončia podľa doterajších predpisov. 9. Podľa § 492 ods. 2 Správneho súdneho poriadku, odvolacie konania podľa piatej časti Občianskeho súdneho poriadku začaté predo dňom nadobudnutia účinnosti tohto zákona, sa dokončia podľa doterajších predpisov. 10. Podľa § 71 ods. 3 ZSP,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11. Podľa § 71 ods. 4 ZSP,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12. Podľa § 71 ods. 5 ZSP, miera poklesu schopnosti vykonávať zárobkovú činnosť je uvedená v prílohe č. 4 k ZSP. 13. Podľa § 71 ods. 6 ZSP miera poklesu schopnosti vykonávať zárobkovú činnosť v percentách sa určuje podľa druhu zdravotného postihnutia, ktoré je rozhodujúcou príčinou dlhodobo nepriaznivého zdravotného stavu a so zreteľom na závažnosť ostatných zdravotných postihnutí. 14. Podľa § 71 ods. 7 ZSP jednotlivé percentuálne miery poklesu schopnosti vykonávať zárobkovú činnosť sa nespočítavajú. 15. Podľa § 71 ods. 8 ZSP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16. Podľa § 71 ods. 10 ZSP dlhodobo nepriaznivý zdravotný stav na účely invalidity sa posúdi opätovne, ak sa predpokladá zmena vo vývoji zdravotného stavu a zmena schopnosti vykonávať zárobkovú činnosť. 17. Podľa § 112 ods. 4 ZSP sa dávka vypláca vo vyššej sume, ak sa zmenia skutočnosti rozhodujúce na nárok na výplatu dávky. 18. Podľa § 153 ods. 2 písm. a/ ZSP lekárska posudková činnosť dôchodkového poistenia zahŕňa posudzovanie dlhodobo nepriaznivého zdravotného stavu a poklesu schopnosti vykonávať zárobkovú činnosť. 19. Podľa § 153 ods. 5 ZSP lekársku posudkovú činnosť podľa ods. 1 vykonáva posudkový lekár sociálneho poistenia príslušnej pobočky a posudkový lekár sociálneho poistenia ústredia a podľa ods.1/ pís. b/ aj určený zamestnanec Sociálnej poisťovne za osobnej účasti poistenca alebo poškodeného. 20. Podľa kapitoly XV, odd. E, pol. 3, písm. c/ Prílohy č. 4 k ZSP možno pokles pracovnej schopnosti poistenca pre degeneratívne zmeny na chrbtici a medzistavcových platničkách s trvalým ťažkým postihnutím funkcie a často recidivujúcimi, dlhotrvajúcimi prejavmi dráždenia nervov a svalov, s ťažkou poruchou statiky a dynamiky chrbtice, s výraznou poruchou svalového korzetu, vyjadriť v rozpätí 40 - 50 %. Všeobecným posudkovým hľadiskom pri ochoreniach podporného a pohybového aparátu je funkčné postihnutie a jeho vplyv na ostatné systémy a orgány. 21. Preskúmaním obsahu pripojeného administratívneho spisu odporkyne súd zistil, že napadnutým rozhodnutím zo dňa 02.03.2015 č. XXX XXX XXXX 0 právne podriadeným ust. § 73, § 112 ods. 4 a § 82 zákona č. 461/2003 Z.z. v znení neskorších predpisov, odporkyňa zvýšila navrhovateľke sumu jej invalidného dôchodku na 140,90 eur mesačne, pretože po posúdení dlhodobo nepriaznivého zdravotného stavu na účely invalidného dôchodku, posudkový lekár Sociálnej poisťovne, pobočky Bratislava, konštatoval po lekárskom vyšetrení v decembri 2014 a na základe dostupnej zdravotnej dokumentácie, trvanie jej invalidity v zmysle ust. § 71 ods.1 ZSP, avšak so zmenou poklesu schopnosti vykonávať zárobkovú činnosť v percentách z 50% na 60% miery poklesu schopnosti v porovnaní so zdravou fyzickou osobou. Z odôvodnenia napadnutého rozhodnutia vyplýva, že od posledného posudzovania zdravotného stavu na účely invalidity došlo u navrhovateľky k zmenám a to zvýrazneniu radikulopatie krčnej chrbtice pri poškodených medzistavcových platničkách v úseku C5-C7. Neurológom potvrdený závažný stupeň poruchy statodynamiky chrbtice a pretrvávajúci úžinový syndróm ťažkého stupňa oboch horných končatín, posudkový lekár zhodnotil ako rozhodujúce zdravotné postihnutie v rámci kapitoly XV, odd. E, pol. 3, písm. c/ prílohy č. 4 k zákonu o sociálnom poistení, s mierou poklesu schopnosti vykonávať zárobkovú činnosť na hornej hranici 50% a túto zvýšil o 10% pre vysoký tlak krvi, obezitu a poruchu metabolizmu tukov. Celková miera poklesu pracovnej schopnosti navrhovateľky je teda podľa priloženej lekárskej správy SP, pobočky Bratislava z 09.02.2015, určená v rozsahu 60%. Možnosť jej ďalšieho pracovného uplatnenia je podľa uvedenej lekárskej správy v časti pracovná rekomandácia, navrhované pracovné zaradenie na trhu práce povolená s obmedzením, že môže vykonávať prácu len v prostredí bez chladu a vlhka, bez dvíhania a nosenia ťažkých bremien a na skrátený úväzok. 22. Krajský súd preskúmal napadnuté rozhodnutie ako aj postup odporkyne pred jeho vydaním na pojednávaní dňa 24.05.2016, na ktorom navrhovateľka doložila správu z hospitalizácie od 18.03.2016 do 23.03.2016 z neurologickej kliniky Univerzitnej nemocnice Bratislava a lekársky nález z neurochirurgickej ambulancie zo dňa 02.05.2016, ktoré súd žiadal odborne posúdiť posudkovými lekármi ústredia Sociálnej poisťovne v Bratislave. Podľa dožiadaného lekárskeho posudku zo dňa 06.07.2016, posudkoví lekári vyhodnotili predložené nálezy a skonštatovali, že nemajú vplyv na stanovenú mieru poklesu schopnosti navrhovateľky vykonávať zárobkovú činnosť a jej hospitalizácia len potvrdila už známe posudkovo zhodnotené ochorenia chrbtice so zvýraznením bolestí v krčnej oblasti a poruchy medzistavcových platničiek a ťažký úžinový syndróm oboch zápästí s tým, že tomuto rozhodujúcemu zdravotnému postihnutiu prislúcha aj naďalej miera poklesu schopnosti 50 %, čo je horná hranica rozpätia. Na ostatné ochorenia, ako úžinový syndróm v zápästnej oblasti a ďalšie, má základnú mieru navýšenú o 10 %, na výslednú mieru 60 %, ktorá zodpovedá aktuálnemu zdravotnému stavu navrhovateľky, ktorá zostáva v zmysle § 71 ods. 1 ZSP aj naďalej invalidná. Pracovná rekomandácia podľa odborného posudku zo 06.07.2016 je s obmedzením - bez vynútených polôh pri práci, bez nosenia bremien, s tým že navrhovateľka môže vykonávať prácu ako pomocná sila na skrátený úväzok, i cez agentúry podporovaného zamestnávania. 23. Na pojednávaní dňa 19.07.2017 a 23.08.2017 v zmysle ust. § 250l ods. 1 a nasl. O.s.p. súd opätovne preskúmal administratívny spis, oboznámil sa s pripojenými listinnými dôkazmi, vypočul navrhovateľku a odporkyňu a dospel k záveru, že podaný opravný prostriedok nie je dôvodný. Zistil, že navrhovateľka bola uznaná invalidnou od 07.12.2012 na základe jej žiadosti zo dňa 07.12.2012 a ako rozhodujúce zdravotné postihnutie, boli posudkovým lekárom pobočky Sociálnej poisťovne v Bratislave, podľa odborného posudku zo dňa 14.12.2012, určené poruchy lumbálnych medzistavcových platničiek s radikulopatiou, t.j. ochorenie podporného a pohybového aparátu v zmysle kapitoly XV, odd. E pol. 3, pís. c/ prílohy č. 4 k ZSP a pokles jej pracovnej schopnosti pri tomto zdravotnom postihnutí bol vyjadrený v dolnej hranici 40%. Uvedené percento zníženej pracovnej schopnosti bolo navýšené o 10% pre iné choroby podporného a pohybového aparátu ako syndróm karpálneho tunela v zmysle kapitoly XV, odd. G, pol. 29. 9. - nervus medianus - dolná časť. Rozhodnutím odporkyne zo dňa 08.01.2013 č. XXX XXX XXXX bol navrhovateľke od 07.12.2012 priznaný invalidný dôchodok vo výške 109,30 eur mesačne, zvýšený od 01.01.2013 na sumu 115,20 eur mesačne. Dňa 09.02.2015 bol v rámci kontrolnej lekárskej prehliadky posudzovaný aktuálny zdravotný stav navrhovateľky posudkovým lekárom Sociálnej poisťovne pobočky Bratislava, ktorý po lekárskom vyšetrení a na základe zdravotnej dokumentácie konštatoval, že od posledného posudzovania zdravotného stavu na účely invalidity došlo k zmene, keďže zvýraznením radikulopatie krčnej chrbtice pri poškodených medzistavcových platničkách v úseku C5-C7 sa navrhovateľke zhoršil zdravotný stav. Neurológom bol potvrdený závažný stupeň poruchy statodynamiky chrbtice a pretrvávajúci úžinový syndróm ťažkého stupňa oboch horných končatín. Posudkový lekár naďalej vyhodnotil degeneratívne ochorenie chrbtice a medzistavcových platničiek ako choroby podporného a pohybového aparátu v rámci kapitoly XV, odd. E, pol. 3, pís. c/ prílohy č. 4 k zákonu o sociálnom poistení ako rozhodujúce zdravotné postihnutie pri miere poklesu schopnosti vykonávať zárobkovú činnosť hornou hranicou 50% z doteraz určenej dolnej hranice 40% a následne ju zvýšil o 10% pre vysoký tlak krvi, obezitu a poruchu metabolizmu tukov. Celková miera poklesu pracovnej schopnosti navrhovateľky je podľa lekárskej správy zo dňa 09.02.2015, pripojenej k napadnutému rozhodnutiu, určená na 60 %. V pracovnej rekomandácii posudkový lekár uzavrel, že navrhovateľka je schopná sa uplatniť na trhu práce len v prostredí bez chladu a vlhka, bez dvíhania a nosenia ťažkých bremien a na skrátený úväzok. Svoj posudkový záver nezmenil ani po navrhovateľkou podanom opravnom prostriedku, a v posudku z 08.04.2015 po opätovnom posúdení zdravotného stavu navrhovateľky skonštatoval, že od posledného posúdenia nedošlo k zmene jej zdravotného stavu a naďalej jej základné ochorenie zodpovedá zaradeniu pod kapitolu XV, odd. E, pol. 3, pís. c/ prílohy č. 4 k ZSP, pričom pokles jej pracovnej schopnosti je v hornej hranici 50% so zvýšením o 10% pre vysoký tlak krvi, obezitu a poruchu metabolizmu tukov, takže celková miera poklesu jej pracovnej schopnosti je naďalej 60%. Uvedené posúdenie zdravotného stavu navrhovateľky, nebolo zmenené ani po podaní opravného prostriedku pri opätovnom posudzovaní posudkovým lekárom Sociálnej poisťovne pobočka Bratislava dňa 08.04.2015, následne tiež posudkovým lekárom ústredia Sociálnej poisťovne v Bratislave dňa 14.07.2015. Posudkoví lekári sociálneho poistenia v konaní predchádzajúcom vydaniu napadnutého rozhodnutia ako aj v konaní o opravnom prostriedku na základe predložených odborných nálezov a vlastného vyšetrenia v lekárskych posudkoch zo dňa 09.02.2015, zo dňa 08.04.2015, zo dňa 14.07.2015 a tiež v posudku zo dňa 06.07.2016 na dožiadanie krajského súdu dospeli k zhodnému záveru, že zdravotný stav navrhovateľky je zhoršený na úroveň invalidity s mierou poklesu schopnosti vykonávať zárobkovú činnosť 60% v porovnaní so zdravou fyzickou osobou. Za rozhodujúce zdravotné postihnutie, určili degeneratívne zmeny na chrbtici a medzistavcových platničkách t.j. ochorenie podporného a pohybového aparátu v rámci kapitoly XV, odd. E, pol. 3, pís. c/ prílohy č. 4 k ZSP, ktoré s trvalým ťažkým postihnutím funkcie a často recidivujúcimi, dlhotrvajúcimi prejavmi dráždenia nervov a svalov, s ťažkou poruchou statiky a dynamiky chrbtice a s výraznou poruchou svalového korzetu je ohodnotené mierou poklesu schopnosti vykonávať zárobkovú činnosť v hornej hranici 50%, (do kontrolnej lekárskej prehliadky určené v dolnej hranici 40%) a miera poklesu schopnosti je zvýšená o 10% pre vysoký tlak krvi, obezitu a poruchu metabolizmu tukov, takže celková miera poklesu pracovnej schopnosti navrhovateľky je 60%. 24. Navrhovateľka v konaní o opravnom prostriedku predloženými listinnými dôkazmi nepreukázala, že jej zdravotný stav odôvodňuje vyššiu mieru poklesu schopnosti vykonávať zárobkovú činnosť v porovnaní so zdravou fyzickou osobou. Krajský súd je nútený konštatovať, že namietaná finančná situácia navrhovateľky nie je predmetom konania o invalidnom dôchodku a nespadá do právomoci krajského súdu v tomto konaní, možno ju však pri splnení zákonných podmienok riešiť v rámci príslušných právnych predpisov a právomoci Úradu práce sociálnych vecí a rodiny s kompetenciami pre riešenie tejto citlivej sociálnej situácie. Krajský súd na pojednávaní dňa 19.07.2017 poučil v zmysle ust. § 142 ods. 3 pís. c/ ZSP navrhovateľku o možnosti doplatiť si obdobie zaradenia do evidencie nezamestnaných, ktoré mala vykázané od 01.01.2001 do 31.12.2003 a nebolo započítané do obdobia jej dôchodkového poistenia, a to za účelom možnosti získania vyššieho invalidného dôchodku. Navrhovateľkine zistenia však pozitívne výsledky nepriniesli, nakoľko podľa jej tvrdení, pri doplatení sumy cca 2.000 eur, by získala invalidný dôchodok vyšší cca o 1 euro. Tieto informácie ale zostali len v rovine jej tvrdení, nakoľko listinnými a ani inými dôkazmi podporené neboli. 25. Naopak, posudky posudkových lekárov súd považoval za riadne odôvodňujúce a posudzujúce závažnosť zdravotného postihnutia navrhovateľky s dostatočným vysporiadaním sa aj s pracovnou rekomandáciou navrhovateľky, sú presvedčivé a nevnášajúce pochybnosti o komplexnom zhodnotení jej zdravotného stavu, obsahujú logické úsudky a dôvody, ktoré viedli k záverom o rozhodujúcom zdravotnom postihnutí navrhovateľky ako aj o miere poklesu jej schopnosti vykonávať zárobkovú činnosť. Nové skutočnosti, ktoré by pri doterajšom posudzovaní zdravotného stavu navrhovateľky neboli známe a zhodnotené súd nezistil. Ani dodatočne doložené lekárske správy na pojednávaní dňa 31.05.2016 nepreukázali pochybenia v posudkových záveroch, odôvodňujúce vyššiu mieru poklesu schopnosti vykonávať zárobkovú činnosť ako priznaných 60%. 26. Z hľadiska komplexného posúdenia veci súd dodáva, že posudkoví lekári pri posudzovaní zdravotného stavu postupujú okrem zákona o sociálnom poistení aj podľa prílohy č. 4 k tomuto zákonu, ktorá je rozdelená do príslušných kapitol podľa ochorení jednotlivých orgánov a miera poklesu schopnosti vykonávať zárobkovú činnosť v percentách je podľa druhu zdravotného postihnutia uvedená v týchto kapitolách. Za potrebné považuje súd ešte zdôrazniť, že navrhovateľka môže opätovne, v prípade zmeny vo vývoji jej zdravotného stavu a na základe nových, či aktuálnych lekárskych nálezov, opätovne požiadať odporkyňu o nové posúdenie svojho zdravotného stavu (§ 71 ods. 10 ZSP). 27. Vzhľadom na vyššie uvedené skutočnosti a citované zákonné ustanovenia dospel súd k záveru, že napadnuté rozhodnutie odporkyne č. XXX XXX XXXX 0 zo dňa 02. marca 2015 je vecne správne a preto ho podľa § 250q ods. 3 O.s.p. potvrdil. 28. Krajský súd rozhodol o trovách konania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https://www.kauzis.sk/judikatura/r/ECLI:SK:KSBA:2017:1015201245.3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