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4Sp/68/2015 z 29. 8. 2017</w:t>
      </w:r>
    </w:p>
    <w:p>
      <w:r>
        <w:t>Rozsudok Krajského súdu Bratislava z 29. augusta 2017, sp. zn. 4Sp/68/2015, ECLI:SK:KSBA:2017:1015201268.2</w:t>
      </w:r>
    </w:p>
    <w:p>
      <w:r>
        <w:t>Súd: Krajský súd Bratislava</w:t>
      </w:r>
    </w:p>
    <w:p>
      <w:r>
        <w:t>Spisová značka: 4Sp/68/2015</w:t>
      </w:r>
    </w:p>
    <w:p>
      <w:r>
        <w:t>ECLI: ECLI:SK:KSBA:2017:1015201268.2</w:t>
      </w:r>
    </w:p>
    <w:p>
      <w:r>
        <w:t>Dátum vydania: 29. 8.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4Sp/68/2015 Identifikačné číslo súdneho spisu: 1015201268 Dátum vydania rozhodnutia: 30. 08. 2017 Meno a priezvisko sudcu, VSÚ: JUDr. Ľubomír Šramko ECLI: ECLI:SK:KSBA:2017:1015201268.2 ROZSUDOK V MENE SLOVENSKEJ REPUBLIKY Krajský súd v Bratislave v konaní pred sudcom JUDr. Ľubomírom Šramkom v právnej veci navrhovateľov: 1/ Vodohospodárska výstavba, š.p. so sídlom Karloveská 2, Bratislava, zastúpenej: Advokátska kancelária SOUKENÍK - ŠTRPKA, s.r.o. so sídlom Šoltésovej 14, Bratislava, 2/ Lesy Slovenskej republiky, š.p. so sídlom Námestie SNP 8, Banská Bystrica, zastúpené: Advokátska kancelária JAKUBČO, spol. s r.o. so sídlom Mladých budovateľov 2, Banská Bystrica, proti odporcovi: Okresný úrad Bratislava, pozemkový a lesný odbor so sídlom Tomášikova 46, Bratislava, za účasti: 1/K. F., bytom G. XX, R., 2/ Slovenský pozemkový fond so sídlom Búdková 36, Bratislava, 3/ Hlavné mesto Slovenskej republiky Bratislava so sídlom Primaciálne námestie 1, Bratislava o opravnom prostriedku navrhovateľa v 1/ rade z 30.7.2015 a navrhovateľa v 2/ rade z 30.7.2015 proti rozhodnutiu odporcu Č. k.: 2351/04, Zn.: OU-BA-PLO-2015/108222/ASO z 30.6.2015 v spojení s jeho opravou vykonanou oznámením Č. k.: 2351/04, Zn.: OU-BA-PLO-2015/167419/ASO z 10.9.2015 takto r o z h o d o l : Krajský súd v Bratislave napadnuté rozhodnutie odporcu Č. k.: 2351/04, Zn.: OU-BA-PLO-2015/108222/ ASO z 30.6.2015 v spojení s jeho opravou vykonanou oznámením Č. k.: 2351/04, Zn.: OU-BA- PLO-2015/167419/ASO z 10.9.2015 z r u š u j e podľa § 250j ods. 2 písm. c), e) Občianskeho súdneho poriadku a vec v r a c i a odporcovi na ďalšie konanie. Navrhovateľom v 1/ a 2/ rade nepriznáva náhradu trov konania. o d ô v o d n e n i e : Napadnutým rozhodnutím Č. k.: 2351/04, Zn.: OU-BA-PLO-2015/108222/ASO z 30.6.2015 v spojení s jeho opravou vykonanou oznámením Č. k.: 2351/04, Zn.: OU-BA-PLO-2015/167419/ASO z 10.9.2015 odporca podľa § 2, § 3 ods. 1 písm. j), § 6 ods. 1 písm. d), § 3 ods. 5 zákona č. 503/2003 Z.z. o navrátení vlastníctva k pozemkom a o zmene a doplnení zákona Národnej rady Slovenskej republiky č. 180/1995 Z.z. o niektorých opatreniach na usporiadanie vlastníctva k pozemkom v znení neskorších predpisov platnom v čase vydania napadnutého rozhodnutia (ďalej len „zákon“) rozhodol, že Anton F. (zúčastnená osoba 1/, žiadateľ o reštitúciu) je oprávnenou osobou v zmysle zákona, priznal jej právo na náhradu za nehnuteľnosti v katastrálnom území C., zapísané v PK vložke č. XXX ako PK parc. č. 1739, 1764, 1953, 1992, 2042, 2295, 2335 a uložil mu povinnosť vrátiť štátu 260,08 eur. Tiež rozhodol o tom, že K. F. získa bezodplatným prevodom pozemok vo vlastníctve štátu a v správe Slovenského pozemkového fondu a Lesov Slovenskej republiky, š.p. , alebo inú náhradu za vyššie špecifikované pozemky. Svoje rozhodnutie zdôvodnil tým, že v konaní pred ním bolo preukázané, že kúpna zmluva č. 9877-303-1981/66, uzatvorená 26.8.1981medzi pôvodným vlastníkom pozemkov (p. K. F. starším) a Vodohospodárskou výstavbou, investorským podnikom v Bratislave (ďalej len „kúpna zmluva“) bola uzatvorená v tiesni a za nápadne nevýhodných podmienok. Tieseň vzhliadol odporca v tom, že už v roku 1979 sa plánovalo zabratie predmetných pozemkov a to ich vyvlastnením za vopred stanovenú cenu podľa vyhl. č. 47/1969 Zb. Odporca tiež poukázal na písomné vyhlásenie p. M. I. (podľa rozhodnutia nevlastnej sestry žiadateľa o reštitúciu a dcéry pôvodného vlastníka), podľa ktorého rodina pôvodného vlastníka žila v čase prevodu pozemkov na štát v hmotnej núdzi, pôvodný vlastník ich nemal v záujme predať, že prevádzané pozemky - lesy boli v správe poľnohospodárskeho družstva a pôvodný vlastník ich nemohol užívať. K nápadne nevýhodným podmienkam odporca uviedol, že určenie ceny za 1 m2 /0,40 Kčs podľa vyhl. č. 47/1969 Zb. možno pokladať za nezákonný, nakoľko cena nezohľadňovala skutočnú hodnotu nehnuteľnosti. Proti tomuto rozhodnutiu podali navrhovatelia v 1/ a 2/ rade v zákonnej lehote opravné prostriedky v ktorých v podstate zhodne poukázali na skutočnosti, že podľa nich v konaní pred odporcom nebolo preukázané naplnenie obidvoch kumulatívnych podmienok § 3 ods. 1 písm. j) zákona. Obaja navrhli zrušenie napadnutého rozhodnutia odporcu a vrátenie mu veci na ďalšie konanie. Obaja navrhovatelia si súčasne uplatnili náhradu trov konania. Odporca navrhol vo svojom vyjadrení zo dňa 22.9.2015 k návrhu napadnuté rozhodnutie v celom rozsahu potvrdiť. Zotrval na jeho správnosti a dôvodnosti. Zúčastnená osoba 1/ navrhla vo svojom vyjadrení z 21.9.2015 napadnuté rozhodnutie odporcu potvrdiť, nakoľko ho pokladá za správné. Zúčastnená osoba 2/ navrhla vo svojom vyjadrení zo 20.10.2015 napadnuté rozhodnutie odporcu zrušiť i keď rozhodnutie ponechala na úvahu súdu. Zúčastnená osoba 3/ navrhla vo svojom ústnom prednese na pojednávaní napadnuté rozhodnutie odporcu zrušiť, stotožnila sa s podanými návrhmi, ako aj so stanoviskom zúčastnenej osoby 2/. Krajský súd v Bratislave (ďalej len „súd“) podané návrhy prejednal a rozhodol podľa ust. § 250q Občianskeho súdneho poriadku v platnom znení ( ďalej len „O.s.p.“) ako miestne a vecne príslušný súd na pojednávaní v neprítomnosti odporcu, pretože i napriek tomu, že termín pojednávania zobral na vedomie na predchádzajúcom pojednávaní (17.5.2017) sa na aktuálne pojednávanie nedostavil. Súd dospel k názoru, že napadnuté rozhodnutie odporcu je potrebné zrušiť podľa ust. § 250j ods. 2, písm. c), e) O.s.p. a vec vrátiť odporcovi na ďalšie konanie. Súd v prejednávanej veci dokazovanie nedoplnil. Pred samotným prejednaním a rozhodnutím veci sa súd podrobne oboznámil s obsahom prvostupňového správneho spisu odporcu. Z jeho obsahu o. i. zistil, že p. K. mladší (zúčastnená osoba 1/, žiadateľ o reštitúciu, syn pôvodného vlastníka) 14.7.2004 doručil právnemu predchodcovi odporcu uplatnenie práva na navrátenie vlastníctva k pozemkom podľa zákona, ktoré prešli na štát podľa § 3 ods. 1 písm. d) zákona - odňatím bez náhrady postupom podľa zák. SNR č. 81/1949 Zb. SNR, pričom pozemky identifikoval ako všetky parcely pasienkového spoločenstva, PKV č. 1, 170, podiel 60/2240, katastrálne územie C.. Dňa 12.2.2015 doručil odporcovi kúpnu zmluvu, ktorú - ako to v sprievodnom liste uvádza - uzatvoril s navrhovateľom v 1/ rade nedobrovoľne a cenovo nevýhodne. Následne doručil odporcovi písomné vyhlásenie p. M. I. z 23.3.2015 v ktorom sa uvádza, že kúpna zmluva bola uzatvorená nedobrovoľne, pod nátlakom štátnych orgánov, diskriminačne a nevýhodne. Tiež že rodina K. F. bola v čase socializmu v hmotnej núdzi, že pozemky (poznámka súdu: pozemky ktoré sú predmetom napadnutého rozhodnutia) by štát vyvlastnil, ak by ich pôvodný vlastník nepredal, že pozemky boli pred ich výkupom v správe poľnohospodárskeho družstva a drevo z nich si pôvodný vlastník musel odkúpiť. Z dedičského rozhodnutia D 613/82 zo 16.11.1982 je zrejmé, že pôvodný vlastník - p. K. F. zomrel 28.6.1982 ako ženatý (s p. K. F.), majúc jedno dieťa - syna p. K. F. (zúčastnenú osobu 1/). V spise odporu sa ďalej nachádzajú: kúpna zmluva, PKV č. 1, č. 170 obce C., identifikácie parciel, listy vlastníctva, doklady o priebehu konania pred odporcom, matričné doklady pôvodného vlastníka a jeho syna - zúčastnenej osoby 1/. Podľa Čl. 2 ods. 2 Ústavy Slovenskej republiky: Štátne orgány môžu konať iba na základe ústavy, v jej medziach a v rozsahu a spôsobom, ktorý ustanoví zákon. Podľa § 3ods. 1 písm. d) zákona: Oprávneným osobám sa navráti vlastníctvo k pozemku, ktorý prešiel na štát alebo na inú právnickú osobu v dôsledku odňatia bez náhrady postupom podľa zákona Slovenskej národnej rady č. 81/1949 Zb. SNR o úprave právnych pomerov pasienkového majetku bývalých urbárnikov, komposesorátov a podobných právnych útvarov. Podľa. § 3 ods. 1 písm. j) zákona: Oprávneným osobám sa navráti vlastníctvo k pozemku, ktorý prešiel na štát alebo na inú právnickú osobu v dôsledku kúpnej zmluvy uzavretej v tiesni za nápadne nevýhodných podmienok. Podľa § 46 zákona č. 71/1967 Zb. o správnom konaní (správny poriadok): Rozhodnutie musí byť v súlade so zákonmi a ostatnými právnymi predpismi, musí ho vydať orgán na to príslušný, musí vychádzať zo spoľahlivo zisteného stavu veci a musí obsahovať predpísané náležitosti. Podľa. § 250q ods. 2 O.s.p.: O opravnom prostriedku rozhodne súd rozsudkom, ktorým preskúmavané rozhodnutie buď potvrdí, alebo ho zruší a vráti na ďalšie konanie. Podľa § 250j ods. 2 O.s.p: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c) zistenie skutkového stavu je nedostačujúce na posúdenie veci, e) v konaní správneho orgánu bola zistená taká vada, ktorá mohla mať vplyv na zákonnosť napadnutého rozhodnutia. Súd preskúmal napadnuté rozhodnutie odporcu v rozsahu podaných návrhov - opravných prostriedkov: K dôvodu zrušenia napadnutého rozhodnutia podľa § 250j ods. 2 písm. c) O.s.p.: Jedným z predpokladov zákonnosti rozhodnutia, vydaného štátnym orgánom je riadne zistenie skutkového stavu veci, ktorá povinnosť vyplýva z ustanovenia § 46 správneho poriadku. Odhliadnuc od skutočnosti, že p. K. (zúčastnená osoba 1/, žiadateľ o reštitúciu) v uplatnení nároku zo 14.7.2004 neuviedol ako dôvod navrátenia vlastníctva dôvod podľa § 3 ods. 1 písm. j) zákona (z ktorého dôvodu odporca v konečnom dôsledku rozhodol že je oprávnenou osobou), odporca v konaní nevykonal žiadne dokazovanie, ktoré by bolo relevantné tvrdeniam odporcu, že k uzatvoreniu zmluvy došlo v tiesni a za nápadne nevýhodných podmienok. Vôbec nevypočul žiadateľa o reštitúciu, žiadneho svedka a nevykonal ani iné dokazovanie na okolnosti, tvrdené v napadnutom rozhodnutí. Ako to je zrejmé z obsahu odôvodnenia napadnutého rozhodnutia a aj z obsahu administratívneho spisu, jediným „dôkazom“ je písomné vyhlásenie p. M. I. z 23.3.2015, zaslané žiadateľom o reštitúciu (ktoré však ani nebolo úradne overené, ako to v rozhodnutí tvrdí odporca). Preukazná sila tohto vyhlásenia je však významne oslabená aj tým, že tomuto vyhláseniu nepredchádzalo žiadne zákonné poučenie v zmysle § 35 správneho poriadku. Naviac toto vyhlásenie svedčí iba o tom, že lesné pozemky (ktoré sú predmetom napadnutého rozhodnutia) boli v užívaní poľnohospodárskeho družstva, že vstup do lesa a zber dreva z lesa bol podmienený súhlasom užívateľa a bol spoplatnený - drevo na kúrenie bolo potrebné si odkúpiť. Teda ani tieto skutočnosti nepreukazujú tieseň pri uzatvorení zmluvy, ako to tvrdí odporca v jeho odôvodnení Absencia dokazovania stavu tiesne a nápadne nevýhodných podmienok pri uzatvorení zmluvy (ak odporca uplatnený nárok posudzoval z pohľadu § 3 ods. 1 písm. j) zákona) sa podľa názoru súdu prejavuje o to nástojčivejšie, ak žiadateľ o reštitúciu vo svojich následných písomných podaniach (napr. z 10.2.2015, 23.3.2015, podaných po uplynutí prekluzívnej lehoty podľa § 5 ods. 1 zákona) poukazoval na nedobrovoľnosť uzatvorenia zmluvy, nátlak štátnych úradov, jej nevýhodnosť. K dôvodu zrušenia napadnutého rozhodnutia podľa § 250j ods. 2 písm. e) O.s.p.: Ako to súd vyššie uviedol, žiadateľ o reštitúciu v uplatnení svojho nároku zo 14.7.2004 konkretizoval dôvod svojho nároku ako § 3 ods. 1 písm. d) zákona - odňatie bez náhrady postupom podľa zákona Slovenskej národnej rady č. 81/1949 Zb. SNR o úprave právnych pomerov pasienkového majetku bývalých urbárnikov, komposesorátov a podobných právnych útvarov. I napriek takto jednoznačne určenému dôvodu reštitúcie odporca vydal rozhodnutie, ktorým reštitučný nárok posúdil z pohľadu celkom iného zákonného dôvodu - dôvodu podľa § 3 ods. 1 písm. j) zákona. Konanie podľa zákona (503/2003 Z.z.) je konaním návrhovým čo znamená, že príslušný správny orgán môže konať o podanom návrhu (uplatnenom práve na navrátenie vlastníctva k pozemkom) iba v rozsahu takéhoto návrhu, podanom najneskôr do 31.12.2004. Inak právo na uplatnenie nároku zaniká. Vo vzťahu k prejednávanej veci to znamená, že žiadateľ o reštitúciu mohol iba do 31.12.2004 zmeniť dôvod svojej reštitučnej žiadosti. To však neurobil. Zo žiadneho ustanovenia zákona nevyplýva, že by správny orgán mohol konať nad rámec uplatneného nároku. Aj s poukazom na citovaný Čl. 2 ods. 2 Ústavy Slovenskej republiky teda postup odporcu, ktorý konal nad rámec uplatneného reštitučného nároku, ak uplatnený nárok neposudzoval z pohľadu § 3 ods. 1 písm. d) zákona, ale z pohľadu § 3 ods. 1 písm. j) zákona bol podľa názoru súdu nesprávny a nezákonný. Súd sa tiež, s poukazom na text „opravy zrejmej nesprávnosti“ oznámenia odporcu Č. k.: 2351/04, Zn.: OU-BA-PLO-2015/167419/ASO z 10.9.2015 domnieva, že toto oznámenie nesvedčí o oprave chyby v písaní, v počtoch, resp. o inej zrejmej nesprávnosti v písomnom vyhotovení rozhodnutia ale o tom, že pôvodný text výroku V. napadnutého rozhodnutia bol týmto oznámení doplnený o ďalšiu časť výroku. Pretože odporca v konaní pred ním konal nad rámec dôvodu uplatneného nároku, teda v konaní (napadnutom rozhodnutí) bola zistená vada, ktorá mohla mať vplyv na zákonnosť napadnutého rozhodnutia, pričom odporca nevykonal ani žiadne relevantné dokazovanie, ktoré by viedlo k záverom, prezentovaným v napadnutom rozhodnutí, súd dospel k názoru, že napadnuté rozhodnutie odporcu je potrebné zrušiť a vec vrátiť odporcovi na ďalšie konanie. V ďalšom konaní bude úlohou odporcu: a/ Odstrániť nedostatok uplatneného nároku spočívajúci v nedostatočnom označení - identifikovaní pozemkov, zapísaných v PKV č. 170, ktorých navrátenia vlastníctva sa žiadateľ o reštitúciu domáha. b/ Vykonať náležité dokazovanie na preukázanie reštitučného dôvodu v zmysle jeho vymedzenia obsiahnutého v uplatnení nároku zo 14.7.2004 (§ 3 ods. 1 písm. d) zákona), uvedeného v uplatnení nároku zo 14.7.2004. c/ Následne vydať nové rozhodnutie. Podľa § 250k ods. 1 zák. č. 99/1963 Zb. Občiansky súdny poriadok (ďalej len „O.s.p.“): Ak mal žalobca úspech celkom alebo sčasti, súd mu proti žalovanému prizná právo na úplnú alebo čiastočnú náhradu trov konania. Ak bolo rozhodnutie správneho orgánu zrušené z dôvodu podľa § 250j ods. 3, súd žalobcovi prizná úplnú náhradu trov konania. Môže tiež rozhodnúť, že sa náhrada trov celkom alebo sčasti neprizná, ak sú na to dôvody hodné osobitného zreteľa. Podľa § 142 ods. 1 O.s.p.: Účastníkovi, ktorý mal vo veci plný úspech, súd prizná náhradu trov potrebných na účelné uplatňovanie alebo bránenie práva proti účastníkovi, ktorý vo veci úspech nemal. O trovách v konaní pred súdom úspešných navrhovateľov v 1/ a 2/ rade súd rozhodol v súlade s § 250k O.s.p. Súd po zvážení všetkých relevantných skutočností dospel k presvedčeniu, že niet dôvodu pre priznanie náhrady trov konania - trov právneho zastúpenia v konaní úspešným navrhovateľom v 1/ a 2/ rade a to z nasledovného dôvodu: Tak navrhovateľ v 1/, ako aj v 2/ rade sú štátnymi podnikmi s celoslovenskou pôsobnosťou. Ako také disponujú samostatnými právnymi oddeleniami, kvalifikovanými pracovníkmi - právnikmi, ako to je zjavné z ich zverejnených organizačných štruktúr. Z pohľadu cit. § 142 ods. 1 O.s.p. je ustanovenie zástupcov z radov advokátov v konaní pred tunajším súdom nebolo potrebné (účelné), pretože obaja navrhovatelia disponujú vlastnými kvalifikovanými pracovníkmi s právnickým vzdelaním. Pokiaľ si i napriek tomu do konania pred tunajším súdom zvolili zástupcov z radov advokátov (na ktorý postup majú nepopierateľné právo), tak trovy takéhoto zastúpenia súd vyhodnotil ako neúčelne vynaložené. Záverom súd poznamenáva, že odporca i keď bol v konaní neúspešný, je zo zákona oslobodený od platenia súdneho poplatku za toto konanie (§ 4 ods. 2, písm. a/ zák.č.71/1992 Zb.) a preto ho nezaviazal k povinnosti zaplatiť súdny poplatok. Poučenie: Proti tomuto rozsudku odvolanie nie je prípustné (§ 250s O.s.p.).</w:t>
      </w:r>
    </w:p>
    <w:p/>
    <w:p>
      <w:r>
        <w:t>Zdroj: KAUZIS.SK – https://www.kauzis.sk/judikatura/r/ECLI:SK:KSBA:2017:1015201268.2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