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5Sd/90/2015 z 9. 5. 2017</w:t>
      </w:r>
    </w:p>
    <w:p>
      <w:r>
        <w:t>Rozsudok Krajského súdu Bratislava z 9. mája 2017, sp. zn. 5Sd/90/2015, ECLI:SK:KSBA:2017:1015201338.3</w:t>
      </w:r>
    </w:p>
    <w:p>
      <w:r>
        <w:t>Súd: Krajský súd Bratislava</w:t>
      </w:r>
    </w:p>
    <w:p>
      <w:r>
        <w:t>Spisová značka: 5Sd/90/2015</w:t>
      </w:r>
    </w:p>
    <w:p>
      <w:r>
        <w:t>ECLI: ECLI:SK:KSBA:2017:1015201338.3</w:t>
      </w:r>
    </w:p>
    <w:p>
      <w:r>
        <w:t>Dátum vydania: 9. 5. 2017</w:t>
      </w:r>
    </w:p>
    <w:p>
      <w:r>
        <w:t>Forma: Rozsudok</w:t>
      </w:r>
    </w:p>
    <w:p>
      <w:r>
        <w:t>Oblasť práva: Správne právo</w:t>
      </w:r>
    </w:p>
    <w:p>
      <w:pPr>
        <w:pStyle w:val="Heading2"/>
      </w:pPr>
      <w:r>
        <w:t>Text rozhodnutia</w:t>
      </w:r>
    </w:p>
    <w:p>
      <w:r>
        <w:t>Súd: Krajský súd Bratislava Spisová značka: 5Sd/90/2015 Identifikačné číslo súdneho spisu: 1015201338 Dátum vydania rozhodnutia: 10. 05. 2017 Meno a priezvisko sudcu, VSÚ: JUDr. Milota Tóthová ECLI: ECLI:SK:KSBA:2017:1015201338.3 ROZSUDOK V MENE SLOVENSKEJ REPUBLIKY Krajský súd v Bratislave samosudkyňou JUDr. Milotou Tóthovou v právnej veci navrhovateľa R. J., U. U. XXXX/X, U., zastúpeného JUDr. Evou Csémiovou, advokátkou so sídlom Wolkrova 4, Bratislava, proti odporkyni Sociálnej poisťovni ústredie v Bratislave, Ul. 29. augusta č. 8, Bratislava, o zvýšenie invalidného dôchodku takto r o z h o d o l : Súd rozhodnutie odporkyne číslo XXX XXX XXXX X zo dňa 25. februára 2015 a rozhodnutie číslo XXX XXX XXXX X zo dňa 18. apríla 2016 p o t v r d z u j e . Účastníkom náhradu trov konania nepriznáva. o d ô v o d n e n i e : Rozhodnutím číslo XXX XXX XXXX X zo dňa 25. februára 2015 odporkyňa podľa § 73 a § 112 ods. 4 zákona č. 461/2003 Z.z. o sociálnom poistení v znení neskorších predpisov zamietla žiadosť navrhovateľa o zvýšenie invalidného dôchodku. Rozhodla tak s odôvodnením, že podľa posudku posudkového lekára Sociálnej poisťovne, pobočka Bratislava zo dňa 17. februára 2015 navrhovateľ je naďalej invalidný podľa § 71 ods. 1 zákona č. 461/2003 Z.z. s mierou poklesu schopnosti vykonávať zárobkovú činnosť 55%. Rozhodnutím číslo XXX XXX XXXX X zo dňa 18. apríla 2016 odporkyňa podľa § 73 a § 112 ods. 4 a § 82 zákona č. 461/2003 Z.z. o sociálnom poistení v znení neskorších predpisov zvýšila navrhovateľovi sumu invalidného dôchodku od 5. apríla 2016 na 478,90 eur mesačne. Rozhodla tak s odôvodnením, že podľa posudku posudkového lekára Sociálnej poisťovne ústredie Bratislava, zo dňa 5. apríla 2016 navrhovateľ je naďalej invalidný podľa § 71 ods. 1 zákona č. 461/2003 Z.z. od 5. apríla 2016 s mierou poklesu schopnosti vykonávať zárobkovú činnosť viac ako 70%; miera poklesu schopnosti vykonávať zárobkovú činnosť u navrhovateľa je 80%. Navrhovateľ návrhom zo dňa 16.7.2015 žiadal preskúmať rozhodnutie odporkyne číslo XXX XXX XXXX X zo dňa 25. februára 2015 a namietal, že posúdenie zdravotného stavu zľahčuje jeho zdravotné problémy, nekorešponduje s ostatnými lekárskymi správami, pričom tento rozpor nie je nijakým spôsobom odôvodnený, resp. vysvetlený. Poukazoval na to, že podľa lekárskych nálezov je preukázané, že trpí prejavmi dráždenia nervov, s parézami a so svalovými atrofiami a s poruchou funkcie zvieračov, ktorému zodpovedá percentuálne vyjadrenie miery poklesu schopnosti vykonávať zárobkovú činnosť v rozsahu 70%-80% a nie 55% ako bolo napadnutým rozhodnutím ustálené. Zdôraznil, že z dostupnej lekárskej dokumentácie je teda zrejmé, že jeho zdravotný stav je v súčasti natoľko vážny, že nemôže vykonávať žiadnu prácu a zodpovedá plnej invalidite. Súd preskúmal napadnuté rozhodnutie podľa § 250l a nasl. O.s.p., prejednal návrh navrhovateľa a dospel k záveru, že návrh nie je dôvodný. Súd vykonal dokazovanie výsluchom účastníkov, posudkami posudkového lekára Sociálnej poisťovne pobočky Bratislava zo dňa 17.2.2015 a 14.4.2015, posudkom posudkového lekára Sociálnej poisťovne ústredie Bratislava zo dňa 29.7.2015, doplňujúcim odborným vyjadrením posudkového lekára Sociálnej poisťovne ústredie Bratislava zo dňa 5.4.2016,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Navrhovateľ bol uznaný za invalidného od 1.11.2011 na základe posudku posudkového lekára Sociálnej poisťovne pobočka Bratislava zo dňa 4.11.2011, ktorý ho uznal za invalidného podľa § 71 ods.1 zákona č. 461/2003 Z.z. o sociálnom poistení s mierou poklesu schopnosti vykonávať zárobkovú činnosť 55%. Rozhodujúcim zdravotným postihnutím u navrhovateľa sú stavy po operácii chrbtice (kapitola XV. oddiel E, položka 4.b) prílohy č. 4 zákona č. 461/2003 Z.z.), kde posudkový lekár stanovil mieru poklesu schopnosti vykonávať zárobkovú činnosť na 45%. Pre iné zdravotné postihnutie navrhovateľa a to depresívne poruchy stredného stupňa zvýšil percentuálnu mieru o 10%. Pri kontrolných lekárskych prehliadkach dňa 27.11.2012 a 18.11.2014 navrhovateľ bol uznaný posudkovým lekárom sociálnej poisťovne pobočka Bratislava naďalej invalidným s mierou poklesu schopnosti vykonávať zárobkovú činnosť 55% pre uvedené ochorenia. Navrhovateľ žiadosťou zo dňa 25.1.2015 požiadal o prehodnotenie zdravotného stavu. Posudkový lekár Sociálnej poisťovne pobočka Bratislava v posudku zo dňa 17.2.2015 uviedol, že navrhovateľ trpí na choroby a to iné choroby medzistavcových platničiek a periodickú depresívnu poruchu. Konštatoval, že navrhovateľ je v liečbe neurológa po operácii LS chrbtice-hemilaminektómii v roku 2011, je prítomná bolesť LS chrbtice bez vyžarovania do dolných končatín, hypotrofia svalstva predkolenia pravej nohy s instabilitou pri chôdzi. Navrhovateľ je v liečbe psychiatra pre stredne ťažkú depresiu. Rozhodujúcim zdravotným postihnutím u navrhovateľa sú stavy po operácii chrbtice (kapitola XV. oddiel E, položka 4.b) prílohy č. 4 zákona č. 461/2003 Z.z.), kde posudkový lekár stanovil mieru poklesu schopnosti vykonávať zárobkovú činnosť na 45%. Pre iné zdravotné postihnutie navrhovateľa a to depresívne poruchy stredného stupňa zvýšil percentuálnu mieru o 10%. Navrhovateľ je naďalej invalidný podľa § 71 ods. 1 zákona č. 461/2003 Z.z. o sociálnom poistení s mierou poklesu schopnosti vykonávať zárobkovú činnosť 55%. Môže vykonávať prácu len v prostredí bez nadmernej fyzickej a psychickej záťaže, na skrátený úväzok. Na základe tohto posudku posudkového lekára Sociálnej poisťovne pobočka Bratislava odporkyňa vydala rozhodnutie číslo XXX XXX XXXX X zo dňa 25. februára 2015, ktorým podľa § 73 a § 112 ods. 4 zákona č. 461/2003 Z.z. o sociálnom poistení v znení neskorších predpisov zamietla žiadosť navrhovateľa o zvýšenie invalidného dôchodku s odôvodnením, že podľa posudku posudkového lekára Sociálnej poisťovne, pobočka Bratislava zo dňa 17. februára 2015 navrhovateľ je naďalej invalidný podľa § 71 ods. 1 zákona č. 461/2003 Z.z. s mierou poklesu schopnosti vykonávať zárobkovú činnosť 55%. Po podaní opravného prostriedku navrhovateľom zdravotný stav a pracovnú schopnosť navrhovateľa opätovne posúdil posudkový lekár Sociálnej poisťovne pobočka Bratislava dňa 14.4.2015, ktorý po vyhodnotení nových lekárskych nálezov a to neurologického vyšetrenia zo dňa 10.3.2015 a psychiatrického vyšetrenia zo dňa 11.3.2015 v plnom rozsahu zotrval na posudkovom závere uvedenom v posudku zo dňa 17.2.2015. Posudkový lekár Sociálnej poisťovne ústredie Bratislava v posudku zo dňa 29.7.2015 uviedol, že navrhovateľka trpí na choroby a to: iné choroby medzistavcových platničiek, periodickú depresívnu poruchu, chorobu vysokého tlaku krvi - hypertenziu, tučnotu - obezitu, poruchu pečene - hepatopathiu a lámku - artritis urica. Konštatoval, že u navrhovateľa sa vyskytujú častejšie zápaly dýchacích ciest, viac rokov je liečený pre vysoký krvný tlak, vysokú hladinu kyseliny močovej a pre bolesti chrbta je dlhodobo liečený neurologicky, od roku 2011 aj ambulantne psychiatricky pre depresívne stavy. Navrhovateľ bol dňa 19.11.2010 operovaný pre poruchu medzistavcovej platničky medzi 4. a 5. driekovým stavcom, pooperačný stav bol bez komplikácií. Pre zhoršenie zdravotného stavu bol navrhovateľ hospitalizovaný na neurológii od 3.1.2015, pre pretrvávanie bolestí aj pri infúznej liečbe a zhoršenie nálezu na MR chrbtice v postihnutom úseku (zvýraznenie vyklenutia platničky smerom do stredu miechového kanála a útlak nervových koreňov) bol preložený na neurochirurgickú kliniku, kde bol dňa 12.1.2015 operovaný a bola odstránená zadná časť stavcového oblúka na 5. krížovom stavci a uvoľnený nervový koreň a miechový kanál vpravo v rovine postihnutého segmentu. Pooperačný priebeh bol uspokojivý a bez komplikácií, navrhovateľ bol dňa 19.1.2015 preložený na neurologickú kliniku na doliečenie, siedmy operačný deň bol chodiaci, sebestačný, bez bolesti a dobre spolupracoval. Dňa 22.1.2015 pri prepustení z neurologickej kliniky bola odporúčaná úprava pracovného zaradenia. V objektívnom kontrolnom neurologickom náleze zo dňa 10.3.2015 je v popredí vynútené protibolestivé držanie tela, stuhnutie chrbtového svalstva v krížovej oblasti, vybočenie chrbtice v hrudnej a driekovej časti, obmedzený predklon a úklony do strán, nestabilita v stoji na pravej nohe, oslabený zhyb chodidla a palca vpravo, menej aj vľavo. V kontrolnom psychiatrickom náleze zo dňa 4.3.2015 dominuje neodkloniteľná depresívna nálada, úzkosť, sklon k zvýšenej dráždivosti, bolesti, pocity telesnej aj psychickej nedostatočnosti a neboli zistené poruchy vedomia, orientácie, vnímania ani štrukturálne ani bludné poruchy myslenia. Rozhodujúcim zdravotným postihnutím u navrhovateľa sú stavy po operácii chrbtice a medzistavcových platničiek, stavy po úraze chrbtice, často recidivujúce prejavy nervového a svalového dráždenia, slabosť svalového korzetu chrbta a podstatným obmedzením celkovej výkonnosti organizmu (kapitola XV. oddiel E, položka 4.b) prílohy č. 4 zákona č. 461/2003 Z.z.), kde posudkový lekár stanovil mieru poklesu schopnosti vykonávať zárobkovú činnosť na 45%, čo je horná hranica percentuálneho rozpätia pre túto položku, nakoľko toto postihnutie najviac obmedzuje práceschopnosť navrhovateľa. Konštatoval, že zaradenie rozhodujúceho postihnutia do položky 4.c) s mierou poklesu schopnosti vykonávať zárobkovú činnosť 70%-80% nie je možné, pretože sa nejedná o nepriaznivý reziduálny funkčný nález s trvalými prejavmi dráždenia nervov, s obrnami, so svalovými úbytkami a poruchou funkcie zvieračov. Pre iné zdravotné postihnutie navrhovateľa a to ostatné ochorenia navrhovateľa zvýšil percentuálnu mieru o 10%. Taktiež poukázal na to, že miera poklesu schopnosti vykonávať zárobkovú činnosť bola pri minulých posúdeniach mierne nadhodnotená, nakoľko zdravotný stav navrhovateľa v období od 5.11.2011 do 3.1.2015 si vyžiadal iba jednu krátkodobú dočasnú pracovnú neschopnosť (od 12.12. do 19.12.2013) pre diagnózu bolesti chrbta. Navrhovateľ je naďalej invalidný podľa § 71 ods. 1 zákona č. 461/2003 Z.z. o sociálnom poistení s mierou poklesu schopnosti vykonávať zárobkovú činnosť 55%. Môže vykonávať prácu len v prostredí bez nadmernej fyzickej a psychickej záťaže, bez potreby dvíhania bremien, prácu podľa získaného vzdelania a pracovných skúseností - i na skrátený úväzok. Právny zástupca pri výsluchu v súdnom konaní zotrval na podanom návrhu a v plnom rozsahu sa pridŕžal námietok v ňom uvedených. Doložil novšie lekárske nálezy. Súd doplnil dokazovanie zadovážením si doplňujúceho odborného vyjadrenia posudkového lekára Sociálnej poisťovne ústredie Bratislava, ktorý dňa 5.4.2016 za prítomnosti prísediaceho odborného lekára neurológa a za osobnej účasti navrhovateľa po vyhodnotení doložených novších lekárskych nálezov a to neurologického vyšetrenia zo dňa 22.1.2015, vyšetrenia z psychiatrickej kontroly zo dňa 29.1.2016, vyšetrenia FLBR zo dňa 3.2.2016 a 25.2.2016, vyšetrenia z urologickej preventívnej prehliadky zo dňa 3.3.2016 uviedol, že navrhovateľ trpí na choroby a to bolesť chrbta - dorzalgiu, iné choroby medzistavcových platničiek, periodickú depresívnu poruchu, chorobu vysokého tlaku krvi - hypertenziu, tučnotu - obezitu, poruchu pečene - hepatopathiu a lámku - artritis urica. Konštatoval, že kontrolné psychiatrické vyšetrenie zo dňa 29.1.2016 dokumentuje už známe, posudkovo zohľadnené ochorenia navrhovateľa a kontrolné neurologické vyšetrenie navrhovateľa zo dňa 22.1.2016 dokumentuje akútne zhoršenie zdravotného stavu navrhovateľa v zmysle náhleho vzniku bolesti v krížoch pri otočení sa dňa 21.1.2016, pre výraznú bolestivosť je objektívny neurologický nález nehodnotiteľný, v priebehu ochorenia sa uvádzajú aj popisy dvoch zobrazovacích vyšetrení MRI driekovo-krížovej časti chrbtice zo dňa 1.4.2014 a 20.8.2015, ktoré už boli posudkovo zohľadnené. Diagnostické závery tohto novo doloženého kontrolného neurologického vyšetrenia sú identické s predchádzajúcimi vyšetreniami zo dňa 24.7.2015 a podrobne vyhodnotené v posudku zo dňa 29.7.2015. Poukázal na to, že akútna bolesť chrbta, t.j. akútne lumbago je náhly, krátkodobo trvajúci stav, ktorý nie je dôvodom na zmenu posudkového záveru. Zdôraznil, že v prepúšťacej správe z neurochirurgickej kliniky LFUK, SZU a UNB zo dňa 19.1.2015 nie je zmienka o tom, že pacient trpí trvalými prejavmi dráždenia nervov, s parézami a svalovými atrofiami a s poruchou funkcie zvieračov (ktorým zodpovedá miera poklesu schopnosti vykonávať zárobkovú činnosť 70% až 80%) ale naopak, v epikríze predmetnej prepúšťacej správy je uvedené: pooperačný priebeh nekomplikovaný, operačná rana zhojená p.p. (bez zápalových komplikácií), pacient vertikalizovaný (postavený na nohy), rehabilituje, radikálna sypmt. zredukovaná, bez sfinkterových porúch, v stabilizovanom klinickom stave preložený na doliečenie na neurologickú kliniku. Kontrolné neurologické vyšetrenie zo dňa 10.3.2015 obsahuje okrem iného doporučenie: vzhľadom na algický stav, trvalý motorický deficit pravej dolnej končatiny s poruchami chôdze, výraznú poruchu statiky a kinetiky LS chrbtice nutné vylúčiť každú záťaž chrbtice - pre vyššieuvedený zdravotný stav má pacient trvale znemožnenú možnosť pracovať, doporučuje vyradiť z pracovného procesu. V tejto súvislosti posudkový lekár upozornil na to, že bolestivý stav a trvalý motorický deficit pravej dolnej končatiny, ktorý je v tomto náleze popísaný v objektívnom náleze ako nestabilitu v stoji na pravej dolnej končatine, najmä na oparte, dolná končatina - oslabená dorzálna flexia palca a chodidla vpravo, menej aj vľavo, areflexia RSA a RMP taktilná hypestéza L5, S1 I. dx., chôdza antalgická, naznačená stepáž vpravo, t.j. takýto objektívny nezodpovedá invalidite mierou poklesu schopnosti vykonávať zárobkovú činnosť nad 70% a v tejto súvislosti ďalej zdôraznil, že strate jednej končatiny v priehlavku v prílohe č. 4 k zákonu č. 461/2003 Z.z. o sociálnom poistení v znení neskorších predpisov zodpovedá miera poklesu schopnosti vykonávať zárobkovú činnosť 40% až 45% a teda ani chýbanie jednej končatiny neumožňuje priznať invaliditu s mierou poklesu schopnosti vykonávať zárobkovú činnosť nad 70%. Poukázal tiež na to, že čo sa týka pracovnej rekomandácie do kompetencie odborných lekárov jednotlivých medicínskych odborov patrí i odporúčanie zákazu alebo naopak odporúčanie pohybu a rehabilitačných procedúr, avšak posudzovanie dlhodobo nepriaznivého zdravotného stavu na účely invalidity patrí do odbornej kompetencie posudkových lekárov sociálneho poistenia, ktorí sú viazaní okrem svojich odborných vedomostí predovšetkým ustanoveniami zákona o sociálnom poistení a nie vlastnými úvahami. Ďalšie lekárske nálezy, ktoré navrhovateľ predložil a to vyšetrenie FLBR zo dňa 3.2.2016 a 25.2.2016 potvrdzujú už známe posudkovo vyhodnotené ťažkosti dňa 25.2.2016 s postupným zhoršovaní a vyšetrenie z urologickej preventívnej prehliadky zo dňa 3.3.2016 nemá význam z hľadiska posudzovania invalidity. Pri vyšetrení prítomnou prísediacou odbornou lekárkou neurologičkou bolo zistené, že okrem už známych, posudkovo zohľadnených ochorení navrhovateľ trpí i na neuropatickú bolesť, ktorá podstatne ovplyvňuje jeho schopnosť vykonávať zárobkovú činnosť. Z tohto dôvodu zmenil rozhodujúce zdravotné postihnutie navrhovateľa, ktorým sú stavy po operácii chrbtice a medzistavcových platničiek, stavy po úraze chrbtice, s nepriaznivým reziduálnym funkčným nálezom a trvalými prejavmi dráždenia nervov, s parézami a so svalovými atrofiami a poruchou zvieračov (kapitola XV. oddiel E, položka 4.c) prílohy č. 4 zákona č. 461/2003 Z.z.), kde posudkový lekár stanovil mieru poklesu schopnosti vykonávať zárobkovú činnosť na 70%. Pre iné zdravotné postihnutie navrhovateľa a to ostatné ochorenia navrhovateľa zvýšil percentuálnu mieru o 10%. Celková miera poklesu schopnosti vykonávať zárobkovú činnosť u navrhovateľa je od 5.4.2016 v percentách 80%. Navrhovateľ je invalidný podľa § 71 ods. 1 zákona č. 461/2003 Z.z. o sociálnom poistení lebo pre dlhodobo nepriaznivý zdravotný stav má pokles schopnosti vykonávať zárobkovú činnosť o viac ako 40% v porovnaní so zdravou fyzickou osobou, miera poklesu schopnosti vykonávať zárobkovú činnosť nie je už 55% ale je 80%. Môže vykonávať prácu len v prostredí bez nadmernej fyzickej a psychickej záťaže, bez potreby dvíhania bremien, prácu podľa získaného vzdelania a pracovných skúseností - i na skrátený úväzok. Na základe tohto doplňujúceho odborného vyjadrenia posudkového lekára Sociálnej poisťovne ústredie v Bratislave odporkyňa vydala rozhodnutie. Rozhodnutím číslo XXX XXX XXXX X zo dňa 18. apríla 2016 odporkyňa podľa § 73 a § 112 ods. 4 a § 82 zákona č. 461/2003 Z.z. o sociálnom poistení v znení neskorších predpisov zvýšila navrhovateľovi sumu invalidného dôchodku od 5. apríla 2016 na 478,90 eur mesačne s odôvodnením, že podľa posudku posudkového lekára Sociálnej poisťovne, ústredie Bratislava zo dňa 5. apríla 2016 navrhovateľ je naďalej invalidný podľa § 71 ods. 1 zákona č. 461/2003 Z.z. od 5. apríla 2016 s mierou poklesu schopnosti vykonávať zárobkovú činnosť viac ako 70%; miera poklesu schopnosti vykonávať zárobkovú činnosť u navrhovateľa je 80%. Právny zástupca navrhovateľa zotrval na podanom návrhu ako aj na námietkach uvedených v jeho predchádzajúcich prednesoch, trval na preskúmaní prvého rozhodnutia číslo XXX XXX XXXX X zo dňa 25. februára 2015 a poukazoval na to, že toto rozhodnutie odporkyne je samostatným rozhodnutím. Zastával názor, že toto rozhodnutie je v rozpore so zákonom a je nepreskúmateľné a nezrozumiteľné, nakoľko neobsahuje zákonom stanovené náležitosti, pretože odporkyňa sa nevysporiadala s rozpormi medzi posudkovými závermi a lekárskymi správami zo dňa 19.1.2015 a zo dňa 10.3.2015 a neuviedla úvahy, z ktorých vychádzala, rozhodnutie je v rozpore s § 204 ods. 4 zákona č. 461/2003 Z.z. o sociálnom poistení v znení neskorších predpisov a namietal, že už vo februári 2015 bol zdravotný stav navrhovateľa rovnaký ako pri poslednom posúdení posudkovým lekárom. Uviedol, že s rozhodnutím odporkyne zo dňa 18. apríla 2016, navrhovateľ v plnom rozsahu súhlasí, pretože v danom prípade sa nejedná o rozhodnutie podľa § 250o Občianskeho súdneho poriadku (ďalej len O.s.p.) a nemá výhrady proti stanovenej miere poklesu z schopnosti vykonávať zárobkovú činnosť. Rozhodnutie číslo XXX XXX XXXX X zo dňa 25. februára 2015 žiadal zrušiť. Zástupkyňa odporkyne uviedla, že rozhodnutie zo dňa 25. februára 2015 je v plnom súlade s ustanovením § 209 ods. 4 zákona č. 461/2003 Z.z. o sociálnom poistení, k tomuto rozhodnutiu je priložená aj lekárska správa zo dňa 17.2.2015, ktorá je nedeliteľnou súčasťou tohto rozhodnutia a v ktorej sa posudkový lekár vysporiadal so zdravotným stavom aj pracovnou schopnosťou navrhovateľa s tým, že miera poklesu schopnosti vykonávať zárobkovú činnosť bola posúdená posudkovými lekármi, ktorí ju stanovili na 55%. Poukázala na to, že pri posúdení zdravotného stavu navrhovateľa v apríli 2016 došlo k zmene zaradenia rozhodujúceho zdravotného postihnutia navrhovateľa do položky 4.c) kapitoly XV., oddiel E a toto zaradenie rozhodujúceho zdravotného postihnutia navrhovateľa nevyplývalo zo žiadneho odborného lekárskeho nálezu, ale došlo k nemu na základe posúdenia navrhovateľa prísediacou lekárkou neurologičkou dňa 5.4.2016. Napadnuté rozhodnutie číslo XXX XXX XXXX 0 zo dňa 25. februára 2015 a rozhodnutie číslo XXX XXX XXXX X zo dňa zo dňa 18. apríla 2016 žiadala ako vecne správne potvrdiť. Posudkový lekár sociálneho poistenia Sociálnej poisťovne pobočka Bratislava ako aj posudkový lekár sociálneho poistenia Sociálnej poisťovne ústredie Bratislava vo svojich vyššie uvedených posudkoch zohľadnili všetky navrhovateľom uvádzané ťažkosti a vysporiadali sa s lekárskymi nálezmi nachádzajúcimi sa v zdravotnej dokumentácii navrhovateľa. Zhodne určili, že rozhodujúcim zdravotným postihnutím u navrhovateľa sú naďalej stavy po operácii chrbtice a medzistavcových platničiek, stavy po úraze chrbtice, často recidivujúce prejavy nervového a svalového dráždenia, slabosť svalového korzetu chrbta a podstatným obmedzením celkovej výkonnosti organizmu (kapitola XV. oddiel E, položka 4.b) prílohy č. 4 zákona č. 461/2003 Z.z.), kde posudkový lekári zhodne stanovili mieru poklesu schopnosti vykonávať zárobkovú činnosť na 45%, čo je horná hranica percentuálneho rozpätia pre túto položku, vzhľadom na to, že toto postihnutie najviac obmedzuje práceschopnosť navrhovateľa. Pre iné zdravotné postihnutie navrhovateľa a to ostatné ochorenia navrhovateľa zvýšili percentuálnu mieru o 10%, t.j. celková miera poklesu schopnosti vykonávať zárobkovú činnosť bola stanovená na 55%. Posudkový lekár Sociálnej poisťovne ústredie Bratislava v doplňujúcom odbornom vyjadrení zo dňa 5.4.2016 za prítomnosti prísediaceho odborného lekára neurológa a za osobnej účasti navrhovateľa na základe vyšetrenia navrhovateľa prítomnou prísediacou odbornou lekárkou neurologičkou na konštatoval, že navrhovateľ okrem už známych, posudkovo zohľadnených ochorení navrhovateľ trpí i na neuropatickú bolesť, ktorá podstatne ovplyvňuje jeho schopnosť vykonávať zárobkovú činnosť. Na základe tejto skutočnosti zmenil rozhodujúce zdravotné postihnutie navrhovateľa, ktorým sú stavy po operácii chrbtice a medzistavcových platničiek, stavy po úraze chrbtice, s nepriaznivým reziduálnym funkčným nálezom a trvalými prejavmi dráždenia nervov, s parézami a so svalovými atrofiami a poruchou zvieračov (kapitola XV. oddiel E, položka 4.c) prílohy č. 4 zákona č. 461/2003 Z.z.), kde posudkový lekár stanovil mieru poklesu schopnosti vykonávať zárobkovú činnosť na 70%. Pre iné zdravotné postihnutie navrhovateľa a to ostatné ochorenia navrhovateľa zvýšil percentuálnu mieru o 10%. Celková miera poklesu schopnosti vykonávať zárobkovú činnosť u navrhovateľa je od 5.4.2016 v percentách 80%. Navrhovateľ bol dňa 19.11.2010 operovaný pre poruchu medzistavcovej platničky medzi 4. a 5. driekovým stavcom, pooperačný stav bol bez komplikácií. Pre zhoršenie zdravotného stavu bol hospitalizovaný na neurológii od 3.1.2015 a pre pretrvávanie bolestí aj pri infúznej liečbe a zhoršenie nálezu na MR chrbtice v postihnutom úseku bol preložený na neurochirurgickú kliniku, kde bol dňa 12.1.2015 operovaný, bola odstránená zadná časť stavcového oblúka na 5. krížovom stavci a uvoľnený nervový koreň a miechový kanál vpravo v rovine postihnutého segmentu. Pooperačný priebeh bol uspokojivý, bez komplikácií a navrhovateľ bol dňa 19.1.2015 preložený na neurologickú kliniku na doliečenie. Prepúšťacia správa z neurochirurgickej kliniky LFUK, SZU a UNB zo dňa 19.1.2015 neuvádza, že by navrhovateľ trpel trvalými prejavmi dráždenia nervov, s parézami a svalovými atrofiami a s poruchou funkcie zvieračov a v epikríze predmetnej prepúšťacej správy je uvedené: pooperačný priebeh nekomplikovaný, operačná rana zhojená p.p. (bez zápalových komplikácií), pacient vertikalizovaný (postavený na nohy), rehabilituje, radikálna sypmt. zredukovaná, bez sfinkterových porúch, v stabilizovanom klinickom stave preložený na doliečenie na neurologickú kliniku. Kontrolné neurologické vyšetrenie zo dňa 22.1.2016 dokumentuje akútne zhoršenie zdravotného stavu navrhovateľa v zmysle náhleho vzniku bolesti v krížoch pri otočení sa dňa 21.1.2016, diagnostické závery tohto novodoloženého kontrolného neurologického vyšetrenia sú identické s predchádzajúcimi vyšetreniami zo dňa 24.7.2015, pričom akútna bolesť chrbta, t.j. akútne lumbago je náhly, krátkodobo trvajúci stav nie je dôvodom na zmenu posudkového záveru. Kontrolné neurologické vyšetrenie zo dňa 10.3.2015, ktoré opisuje bolestivý stav a trvalý motorický deficit pravej dolnej končatiny ako nestabilitu v stoji na pravej dolnej končatine, najmä na oparte, dolná končatina - oslabená dorzálna flexia palca a chodidla vpravo, menej aj vľavo, areflexia RSA a RMP taktilná hypestéza L5, S1 I. dx., chôdza antalgická, naznačená stepáž vpravo, nezodpovedá invalidite mierou poklesu schopnosti vykonávať zárobkovú činnosť nad 70%. Navrhovateľ je od roku 2011 aj ambulantne psychiatricky liečený pre depresívne stavy, v kontrolnom psychiatrickom náleze zo dňa 4.3.2015 dominuje neodkloniteľná depresívna nálada, úzkosť, sklon k zvýšenej dráždivosti, bolesti, pocity telesnej aj psychickej nedostatočnosti, neboli zistené poruchy vedomia, orientácie, vnímania ani štrukturálne ani bludné poruchy myslenia a kontrolné psychiatrické vyšetrenie zo dňa 29.1.2016 dokumentuje už posudkovo zohľadnené ochorenia navrhovateľa. Doložené vyšetrenia FLBR zo dňa 3.2.2016 a 25.2.2016 potvrdzujú už posudkovo vyhodnotené ťažkosti dňa 25.2.2016 s postupným zhoršovaní a vyšetrenie z urologickej preventívnej prehliadky zo dňa 3.3.2016 je posudkovo bezvýznamné. Zaradenie rozhodujúceho zdravotného postihnutia navrhovateľa nevyplývalo zo žiadneho odborného lekárskeho nálezu a došlo k tejto zmene výlučne na základe posúdenia navrhovateľa prísediacou odbornou lekárkou neurologičkou dňa 5.4.2016, kde bolo zistené, že navrhovateľ okrem už známych, posudkovo zohľadnených ochorení navrhovateľ trpí i na neuropatickú bolesť, ktorá podstatne ovplyvňuje jeho schopnosť vykonávať zárobkovú činnosť. Závery posudkov posudkových lekárov sú odborné, presvedčivé, náležite zdôvodnené a súd nezistil rozpor medzi ich závermi a zisteným skutočným stavom. Súd konštatuje, že nedeliteľnou súčasťou rozhodnutia číslo XXX XXX XXXX X zo dňa 25. februára 2015 je posudok posudkového lekára Sociálnej poisťovne pobočka Bratislava zo dňa 17.2.2015, v ktorom posudkový lekár odborne posúdil a vyhodnotil zdravotný stav a pracovnú schopnosť navrhovateľa a z tohto dôvodu je postačujúce, ak odporkyňa v rozhodnutí poukáže na tento posudok bez toho, aby priamo v rozhodnutí citovala odborné stanovisko posudkového lekára, a preto súd námietku právneho zástupcu navrhovateľa, že sa odporkyňa nevysporiadala s posúdením zdravotného stavu a pracovnej schopnosti navrhovateľa a rozhodnutie je preto nepreskúmateľné neakceptoval. Súd upozorňuje, že konanie o preskúmanie zákonnosti rozhodnutia nároku na starobný dôchodok je konaním o opravnom prostriedku proti neprávoplatnému rozhodnutiu správneho orgánu, ktoré je upravené v tretej hlave piatej časti Občianskeho súdneho poriadku, pričom zákon o sociálnom poistení upravuje možnosť vydať nové rozhodnutie o nároku na dôchodkovú dávku aj v priebehu konania o preskúmanie skoršieho neprávoplatného rozhodnutia o takomto nároku. Pokiaľ by však novšie rozhodnutie o tom istom nároku na dávku vydané v neprávoplatne skončenom správnom konaní o tomto nároku nebolo preskúmané súdom prvého stupňa a tento súd o novom rozhodnutí nerozhodol, je taká okolnosť dôvodom na zrušenie jeho rozsudku a vrátenie mu veci na ďalšie konanie, nakoľko iným postupom by sa účastníkovi odňala možnosť konania pred súdom. Zároveň tak súd musí preskúmať aj rozhodnutia, ktoré boli vydané spolu s napadnutým rozhodnutím pokiaľ s ním skutkovo a právne súvisia. Pokiaľ odporkyňa vydala rozhodnutie číslo XXX XXX XXXX X zo dňa 25. februára 2015, ktorým podľa § 73 a § 112 ods. 4 zákona č. 461/2003 Z.z. o sociálnom poistení v znení neskorších predpisov zamietla žiadosť navrhovateľa o zvýšenie invalidného dôchodku a vydala rozhodnutie číslo XXX XXX XXXX X zo dňa 18. apríla 2016, ktorým podľa § 73 a § 112 ods. 4 a § 82 zákona č. 461/2003 Z.z. o sociálnom poistení v znení neskorších predpisov zvýšila navrhovateľovi sumu invalidného dôchodku od 5. apríla 2016 na 478,90 eur mesačne, súd konštatuje, že týmto postupom neporušila ustanovenia zákona č. 461/2003 Z.z. o sociálnom poistení v znení neskorších predpisov, ktorý jej takýto postup, pokiaľ je vydané nové rozhodnutie o tom istom nároku umožňuje a súd je povinný v tomto konaní preskúmať obe rozhodnutia, a preto súd na námietku právneho zástupcu, aby súd preskúmal a zrušil iba rozhodnutie číslo XXX XXX XXXX X zo dňa 25. februára 2015 neakceptoval. Krajský súd preto z vyššie uvedených dôvodov napadnuté rozhodnutie odporkyne rozhodnutie číslo XXX XXX XXXX X zo dňa 25. februára 2015 a rozhodnutie číslo XXX XXX XXXX 0 zo dňa 18. apríla 2016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https://www.kauzis.sk/judikatura/r/ECLI:SK:KSBA:2017:1015201338.3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