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8Sd/101/2015 z 22. 8. 2017</w:t>
      </w:r>
    </w:p>
    <w:p>
      <w:r>
        <w:t>Uznesenie Krajského súdu Bratislava z 22. augusta 2017, sp. zn. 8Sd/101/2015, ECLI:SK:KSBA:2017:1015201476.2</w:t>
      </w:r>
    </w:p>
    <w:p>
      <w:r>
        <w:t>Súd: Krajský súd Bratislava</w:t>
      </w:r>
    </w:p>
    <w:p>
      <w:r>
        <w:t>Spisová značka: 8Sd/101/2015</w:t>
      </w:r>
    </w:p>
    <w:p>
      <w:r>
        <w:t>ECLI: ECLI:SK:KSBA:2017:1015201476.2</w:t>
      </w:r>
    </w:p>
    <w:p>
      <w:r>
        <w:t>Dátum vydania: 22. 8. 2017</w:t>
      </w:r>
    </w:p>
    <w:p>
      <w:r>
        <w:t>Forma: Uznesenie</w:t>
      </w:r>
    </w:p>
    <w:p>
      <w:pPr>
        <w:pStyle w:val="Heading2"/>
      </w:pPr>
      <w:r>
        <w:t>Text rozhodnutia</w:t>
      </w:r>
    </w:p>
    <w:p>
      <w:r>
        <w:t>Súd: Krajský súd Bratislava Spisová značka: 8Sd/101/2015 Identifikačné číslo súdneho spisu: 1015201476 Dátum vydania rozhodnutia: 23. 08. 2017 Meno a priezvisko sudcu, VSÚ: JUDr. Blanka Malichová ECLI: ECLI:SK:KSBA:2017:1015201476.2 Uznesenie Krajský súd v Bratislave v právnej veci navrhovateľky: T. H., Z.. XX.XX.XXXX, B. R. XX, XXX XX B., proti odporkyni: Sociálna poisťovňa ústredie, Ul. 29. augusta 8 - 10, Bratislava, v konaní o invalidný dôchodok, takto r o z h o d o l : Konanie z a s t a v u j e . Žiaden z účastníkov nemá právo na náhradu trov konania. o d ô v o d n e n i e : 1. Navrhovateľka opravným prostriedkom zo dňa 26.08.2015, Krajskému súdu v Bratislave (ďalej iba „súd“) doručeným prostredníctvom odporkyne dňa 07.09.2015, žiadala preskúmať rozhodnutia odporkyne číslo XXX XXX XXXX X zo dňa 25.06.2015, ktorým bol navrhovateľke od 01. júna 2015 priznaný čiastočný invalidný dôchodok v sume 127,- eur a zo dňa 06. júla 2015, ktorým jej bol od 02. septembra 2015 odňatý invalidný dôchodok. Na základe odvolania navrhovateľky, bol posudkovým lekárom Sociálnej poisťovne opätovne posudzovaný zdravotný stav navrhovateľky, a z výroku posudku vyplýva, že navrhovateľkinmu odvolaniu bolo v plnom rozsahu vyhovené. V lekárskej správe zo dňa 07.03.2016 je v časti oboznámenia navrhovateľky s výsledkom posúdenia uvedené jej prehlásenie v znení: súhlasím s posúdením, opravný prostriedok beriem späť a žiadam konanie zastaviť aj na príslušnom krajskom súde. 2. Podaním doručeným Krajskému súdu v Bratislave dňa 22.08.2017 vzala navrhovateľka svoj návrh v celom rozsahu späť a žiadala konanie zastaviť, pričom v podaní prehlásila, že pobočkou Sociálnej poisťovne v Bratislave bol znova posúdený jej zdravotný stav dňa 07.03.2016. S vyjadrením posudkového lekára súhlasí, žalobu berie späť a konanie žiada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 Podľa ods. 2 cit ust. pokiaľ v tejto hlave nie je ustanovené inak, použije sa primerane ustanovenie druhej hlavy s výnimkou § 250a. 2. Podľa ustanovenia § 246c ods. 1 prvej vety O. s. p., pre riešenie otázok, ktoré nie sú priamo upravené v tejto časti, sa použijú primerane ustanovenia prvej, tretej a štvrtej časti tohto zákona. 10. Krajský súd v Bratislave, so zreteľom na dispozitívny úkon navrhovateľky, ktorým vzala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(ust. § 246c ods. 1 veta prvá O.s.p.). 11. V zmysle jeho ustanovení postupoval aj pri rozhodovaní o trovách konania, a nakoľko odporkyni trovy konania nevznikli, o ich náhrade rozhodol podľa ust. § 146 ods. 1 písm. c/ v spojení s § 246c ods. 1 veta prvá O.s.p. a žiadnemu z účastníkov právo na náhradu trov konania nepriznal. Poučenie: Proti tomuto uzneseniu je možné podať odvolanie do 15 dní odo dňa jeho doručenia na Krajskom súde v Bratislave.</w:t>
      </w:r>
    </w:p>
    <w:p/>
    <w:p>
      <w:r>
        <w:t>Zdroj: KAUZIS.SK – https://www.kauzis.sk/judikatura/r/ECLI:SK:KSBA:2017:1015201476.2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