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5Sd/104/2015 z 24. 1. 2017</w:t>
      </w:r>
    </w:p>
    <w:p>
      <w:r>
        <w:t>Uznesenie Krajského súdu Bratislava z 24. januára 2017, sp. zn. 5Sd/104/2015, ECLI:SK:KSBA:2017:1015201487.3</w:t>
      </w:r>
    </w:p>
    <w:p>
      <w:r>
        <w:t>Súd: Krajský súd Bratislava</w:t>
      </w:r>
    </w:p>
    <w:p>
      <w:r>
        <w:t>Spisová značka: 5Sd/104/2015</w:t>
      </w:r>
    </w:p>
    <w:p>
      <w:r>
        <w:t>ECLI: ECLI:SK:KSBA:2017:1015201487.3</w:t>
      </w:r>
    </w:p>
    <w:p>
      <w:r>
        <w:t>Dátum vydania: 24.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5Sd/104/2015 Identifikačné číslo súdneho spisu: 1015201487 Dátum vydania rozhodnutia: 25. 01. 2017 Meno a priezvisko sudcu, VSÚ: JUDr. Milota Tóthová ECLI: ECLI:SK:KSBA:2017:1015201487.3 Uznesenie Krajský súd v Bratislave v právnej veci navrhovateľa T. S., X. T. XXXX/XX, X., Z. U. D. C. L. S., X. O., proti odporkyni Sociálnej poisťovni ústredie, Ul. 29. augusta č. 8-10, Bratislava, o invalidný dôchodok, takto r o z h o d o l : Súd konanie z a s t a v u j e . Žiaden z účastníkov nemá právo na náhradu trov konania. o d ô v o d n e n i e : Navrhovateľ návrhom zo dňa 13.4.2015 žiadal preskúmať rozhodnutie odporkyne číslo XXX XXX XXXX X zo dňa 30.3.2015, ktorým odporkyňa zamietla žiadosť navrhovateľa o invalidný dôchodok. Napriek tomu, že súdom ustanovený opatrovník vo svojom vyjadrení došlom súdu dňa 19.9.2016 doslovne neuviedol, že berie návrh na preskúmanie rozhodnutia odporkyne späť, je nepochybné, že smerovalo k tomu, aby súd o návrhu na preskúmanie rozhodnutia ďalej nerozhodoval. Každý úkon je treba posudzovať podľa jeho obsahu, i keď je úkon nesprávne označený (§ 41 ods. 2 Občianskeho súdneho poriadku, ďalej len O.s.p.). Vzhľadom na skutočnosť, že toto podanie došlo súdu skôr, ako mohol vo veci rozhodnúť a že svojím obsahom znamenalo späťvzatie návrhu v celom rozsahu, bolo konanie zastavené.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https://www.kauzis.sk/judikatura/r/ECLI:SK:KSBA:2017:1015201487.3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