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2S/207/2015 z 5. 12. 2017</w:t>
      </w:r>
    </w:p>
    <w:p>
      <w:r>
        <w:t>Uznesenie Krajského súdu Bratislava z 5. decembra 2017, sp. zn. 2S/207/2015, ECLI:SK:KSBA:2017:1015201502.4</w:t>
      </w:r>
    </w:p>
    <w:p>
      <w:r>
        <w:t>Súd: Krajský súd Bratislava</w:t>
      </w:r>
    </w:p>
    <w:p>
      <w:r>
        <w:t>Spisová značka: 2S/207/2015</w:t>
      </w:r>
    </w:p>
    <w:p>
      <w:r>
        <w:t>ECLI: ECLI:SK:KSBA:2017:1015201502.4</w:t>
      </w:r>
    </w:p>
    <w:p>
      <w:r>
        <w:t>Dátum vydania: 5. 12. 2017</w:t>
      </w:r>
    </w:p>
    <w:p>
      <w:r>
        <w:t>Forma: Uznesenie</w:t>
      </w:r>
    </w:p>
    <w:p>
      <w:pPr>
        <w:pStyle w:val="Heading2"/>
      </w:pPr>
      <w:r>
        <w:t>Text rozhodnutia</w:t>
      </w:r>
    </w:p>
    <w:p>
      <w:r>
        <w:t>Súd: Krajský súd Bratislava Spisová značka: 2S/207/2015 Identifikačné číslo súdneho spisu: 1015201502 Dátum vydania rozhodnutia: 06. 12. 2017 Meno a priezvisko sudcu, VSÚ: JUDr. Vlastimil Pavlikovský ECLI: ECLI:SK:KSBA:2017:1015201502.4 Uznesenie Krajský súd v Bratislave v právnej veci žalobcu: P., B., T., proti žalovanému: Centrum právnej pomoci, Námestie slobody 12, Bratislava, v konaní o preskúmanie zákonnosti rozhodnutia žalovaného č. 9525/2015-PO-LJ ev. č.: 47979/2015 zo dňa 30.07.2015, jednohlasne takto r o z h o d o l : Súd konanie z a s t a v u j e. Žiaden z účastníkov nemá právo na náhradu trov konania. o d ô v o d n e n i e : 1. Žalobou postúpenou Krajskému súdu v Bratislave dňa 11.09.2015, sa žalobca domáhal preskúmania zákonnosti rozhodnutia žalovaného č. 9525/2015-PO-LJ ev. č.: 47979/2015 zo dňa 30.07.2015, ktorým žalovaný odvolania žalobcu zamietol a rozhodnutie Centra právnej pomoci, kancelária Bratislava sp. zn. 6505/2015-KaBA, r. z. 33818/2015 zo dňa 26.05.2015 potvrdil. Prvostupňovým rozhodnutím Centra právnej pomoci, kancelárie Bratislava bolo zastavené konanie o nároku na poskytnutie právnej pomoci. 2. Žalovaný sa k žalobe žalobcu vyjadril písomne v podaní doručenom správnemu súdu dňa 04.07.2016. 3. Podaním doručeným správnemu súdu dňa 06.12.2017 zobral žalobca žalobu pred prejednaním veci v celom rozsahu s odôvodnením, že v predmetnej veci právneho zastúpenia žalobcu už rozhodol Krajský súd v Bratislave rozhodnutím sp. zn. 5S/120/2016 zo dňa 19.09.2017 . 4.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491 ods. 1 SSP, ak nie je ďalej ustanovené inak, platí tento zákon aj na konania začaté podľa piatej časti Občianskeho súdneho poriadku predo dňom nadobudnutia jeho účinnosti. 7. Nakoľko žalobca vzal späť žalobu pred rozhodnutím veci, správny súd v súlade s ustanovením § 99 písm. a) SSP konanie zastavil. 8. O náhrade trov konania správny súd rozhodol podľa § 170 písm. b) SSP tak, že žiaden z účastníkov nemá právo na náhradu trov konania, nakoľko konanie bolo zastavené. 9. Toto rozhodnutie senát Krajského súdu v Bratislave prijal pomerom hlasov 3 : 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https://www.kauzis.sk/judikatura/r/ECLI:SK:KSBA:2017:1015201502.4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