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8Sd/106/2015 z 22. 8. 2017</w:t>
      </w:r>
    </w:p>
    <w:p>
      <w:r>
        <w:t>Uznesenie Krajského súdu Bratislava z 22. augusta 2017, sp. zn. 8Sd/106/2015, ECLI:SK:KSBA:2017:1015201548.1</w:t>
      </w:r>
    </w:p>
    <w:p>
      <w:r>
        <w:t>Súd: Krajský súd Bratislava</w:t>
      </w:r>
    </w:p>
    <w:p>
      <w:r>
        <w:t>Spisová značka: 8Sd/106/2015</w:t>
      </w:r>
    </w:p>
    <w:p>
      <w:r>
        <w:t>ECLI: ECLI:SK:KSBA:2017:1015201548.1</w:t>
      </w:r>
    </w:p>
    <w:p>
      <w:r>
        <w:t>Dátum vydania: 22. 8. 2017</w:t>
      </w:r>
    </w:p>
    <w:p>
      <w:r>
        <w:t>Forma: Uznesenie</w:t>
      </w:r>
    </w:p>
    <w:p>
      <w:pPr>
        <w:pStyle w:val="Heading2"/>
      </w:pPr>
      <w:r>
        <w:t>Text rozhodnutia</w:t>
      </w:r>
    </w:p>
    <w:p>
      <w:r>
        <w:t>Súd: Krajský súd Bratislava Spisová značka: 8Sd/106/2015 Identifikačné číslo súdneho spisu: 1015201548 Dátum vydania rozhodnutia: 23. 08. 2017 Meno a priezvisko sudcu, VSÚ: JUDr. Blanka Malichová ECLI: ECLI:SK:KSBA:2017:1015201548.1 Uznesenie Krajský súd v Bratislave v právnej veci navrhovateľky: F.. L. F., nar. XX.XX.XXXX, bytom Š. XXXX/XXX, XXX XX F., proti odporkyni: Sociálna poisťovňa ústredie, Ul. 29. augusta 8 - 10, Bratislava, v konaní o invalidný dôchodok, takto r o z h o d o l : Konanie z a s t a v u j e . Žiaden z účastníkov nemá právo na náhradu trov konania. o d ô v o d n e n i e : 1. Navrhovateľka opravným prostriedkom zo dňa 11.03.2015, Krajskému súdu v Bratislave (ďalej iba „súd“) doručeným prostredníctvom odporkyne dňa 22.09.2015, žiadala preskúmať rozhodnutia odporkyne číslo XXX XXX XXXX X-D.. zo dňa 14.01.2015, ktorým jej bol priznaný invalidný dôchodok v sume 335,20 eur a číslo XXX XXX XXXX X-D.. zo dňa 29.01.2015, ktorým jej priznaný dôchodok bol od 01.08.2013 znížený na sumu 156,40 eur mesačne. Na základe odvolania navrhovateľky, bol posudkovým lekárom Sociálnej poisťovne opätovne posudzovaný jej zdravotný stav, a z výroku posudku vyplýva, že navrhovateľkinmu odvolaniu bolo v plnom rozsahu vyhovené. V lekárskej správe zo dňa 14.07.2015 je v časti vyjadrenia účastníka k posúdenému zdravotnému stavu uvedené jej prehlásenie v znení: Menovaná súhlasí s výsledkom posúdenia zdravotného stavu a žiada konanie zastaviť i na príslušnom Krajskom súde. 2. Podaním doručeným súdu dňa 04.08.2017 vzala navrhovateľka svoj návrh v celom rozsahu späť a žiadala konanie zastaviť, pričom v podaní opätovne prehlásila, že súhlasí s výsledkom posúdenia jej zdravotného stavu posudkovou lekárkou Sociálnej poisťovne v Bratislave zo dňa 14.07.2015, kde svojim podpisom potvrdila, že žiada konanie v tejto veci zastaviť i na príslušnom krajskom súde.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https://www.kauzis.sk/judikatura/r/ECLI:SK:KSBA:2017:1015201548.1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