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10Sd/111/2015 z 29. 5. 2017</w:t>
      </w:r>
    </w:p>
    <w:p>
      <w:r>
        <w:t>Rozsudok Krajského súdu Bratislava z 29. mája 2017, sp. zn. 10Sd/111/2015, ECLI:SK:KSBA:2017:1015201640.2</w:t>
      </w:r>
    </w:p>
    <w:p>
      <w:r>
        <w:t>Súd: Krajský súd Bratislava</w:t>
      </w:r>
    </w:p>
    <w:p>
      <w:r>
        <w:t>Spisová značka: 10Sd/111/2015</w:t>
      </w:r>
    </w:p>
    <w:p>
      <w:r>
        <w:t>ECLI: ECLI:SK:KSBA:2017:1015201640.2</w:t>
      </w:r>
    </w:p>
    <w:p>
      <w:r>
        <w:t>Dátum vydania: 29. 5. 2017</w:t>
      </w:r>
    </w:p>
    <w:p>
      <w:r>
        <w:t>Forma: Rozsudok</w:t>
      </w:r>
    </w:p>
    <w:p>
      <w:r>
        <w:t>Oblasť práva: Správne právo</w:t>
      </w:r>
    </w:p>
    <w:p>
      <w:pPr>
        <w:pStyle w:val="Heading2"/>
      </w:pPr>
      <w:r>
        <w:t>Text rozhodnutia</w:t>
      </w:r>
    </w:p>
    <w:p>
      <w:r>
        <w:t>Súd: Krajský súd Bratislava Spisová značka: 10Sd/111/2015 Identifikačné číslo súdneho spisu: 1015201640 Dátum vydania rozhodnutia: 30. 05. 2017 Meno a priezvisko sudcu, VSÚ: JUDr. Beata Jurgošová ECLI: ECLI:SK:KSBA:2017:1015201640.2 ROZSUDOK V MENE SLOVENSKEJ REPUBLIKY Krajský súd v Bratislave sudkyňou JUDr. Beátou Jurgošovou v právnej veci navrhovateľa: U.. P. E., bytom X. B. XX, V. proti odporkyni: Sociálna poisťovňa ústredie, ul. 29. augusta č. 8, Bratislava, o invalidný dôchodok, takto r o z h o d o l : Súd rozhodnutie odporkyne číslo XXX XXX XXXX X zo dňa 5. mája 2015 potvrdzuje. Účastníkom náhradu trov konania nepriznáva. o d ô v o d n e n i e : Rozhodnutím číslo XXX XXX XXXX X zo dňa 5.5.2015 odporkyňa podľa § 73, § 112 ods. 4 a § 82 zákona č. 461/2003 Z.z. o sociálnom poistení v znení neskorších predpisov zvýšila navrhovateľovi sumu invalidného dôchodku od 19. februára 2015 na sumu 374,90 eur mesačne. Rozhodla tak s odôvodneným, že podľa posudku posudkového lekára Sociálnej poisťovne, pobočka Bratislava zo dňa 17.3.2015 navrhovateľ je invalidný od 19.2.2015 s mierou poklesu schopnosti vykonávať zárobkovú činnosť 60 %. Navrhovateľ návrhom zo dňa 19.5.2015 žiadal preskúmať napadnuté rozhodnutie, namietal nepriaznivý zdravotný stav a uviedol, že mu bol zohľadnený iba posledný nález. Poukázal na tabuľku z prílohy k zákonu o sociálnom poistení. Súd preskúmal napadnuté rozhodnutie podľa § 250l a nasl. O.s.p., prejednal návrh navrhovateľa a dospel k záveru, že návrh nie je dôvodný. Súd vykonal dokazovanie výsluchom navrhovateľa, odporkyne, posudkami posudkového lekára Sociálnej poisťovne pobočky Bratislava zo dňa 17.3.2015 a zo dňa 16.6.2015, posudkom posudkového lekára Sociálnej poisťovne ústredie Bratislava zo dňa 24.9.2015 a zo dňa 15.12.2016,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podaním zo dňa 19.2.2015 žiadal o prehodnotenie zdravotného stavu, nakoľko od poslednej kontroly sa mu zhoršil stav. Navrhovateľ bol uznaný za invalidného od 19.2.2015 na základe posudku posudkového lekára Sociálnej poisťovne pobočka Bratislava zo dňa 17.3.2015, ktorý ho uznal za invalidného podľa § 71 ods. 1 zákona č. 461/2003 Z. z. o sociálnom poistení s mierou poklesu vykonávať zárobkovú činnosť 60 %. Rozhodujúcim zdravotným postihnutím u navrhovateľa boli choroby podporného a pohybového aparátu, dorzopatia, deformujúca dorzopatia a spondylopatia, degeneratívne zmeny na chrbtici a medzistavcových platničkách, s miernym funkčným postihnutím, s prejavmi nervového a svalového dráždenia ( kapitola XV., oddiel G, položka 28) písm. a) prílohy č. 4 zákona č. 461/2003 Z.z. ), kde mieru poklesu schopnosti vykonávať zárobkovú činnosť posudkový lekár stanovil na 50 %. Na iné zdravotné postihnutia zvýšil percentuálnu mieru o 10 %. Navrhovateľ v opravnom prostriedku zo dňa 19.5.2015 nesúhlasil s určenou mierou poklesu schopnosti vykonávať zárobkovú činnosť a namietal nepriaznivý zdravotný stav. Poukázal na to, že mu bol zohľadnený iba posledný nález. Posudkový lekár Sociálnej poisťovne pobočka Bratislava v posudku zo dňa 16.6.2015 uviedol, že navrhovateľ pre vrodenú vývojovú chybu pravej ruky so stratou úchopovej schopnosti, má prsty málo vyvinuté s deformitami, s poruchou palca, vo flekčnom postavení. Bol posudzovaný na žiadosť o prehodnotenie zdravotného stavu a zvýšenie sumy invalidného dôchodku zo dňa 19.2.2015. Používa pri činnostiach len ĽHK. Dňa 19.2.2015 mu bol zvýšený stupeň invalidity s MPSVZČ 50% o 10 % na diagnózu bolesti chrbtice. K opravnému prostriedku nedoložil nové lekárske nálezy. Celková miera poklesu schopnosti vykonávať zárobkovú činnosť bola stanovená na 60 %. Rozhodujúcim zdravotným postihnutím u navrhovateľa sú choroby podporného a pohybového aparátu, postihnutie končatín, strata úchopovej schopnosti ruky na nedominantnej (kapitola XV, oddiel G, položka 28 písm. a) prílohy č. 4 zákona č. 461/2003 Z.z. o sociálnom poistení), kde mieru poklesu schopnosti vykonávať zárobkovú činnosť stanovil na 50 %. Pre iné zdravotné postihnutia zvýšil percentuálnu mieru o 10 %. Celková miera poklesu schopnosti vykonávať zárobkovú činnosť bola stanovená na 60 %. Navrhovateľ je invalidný podľa § 71 ods. 1 zákona č. 461/2003 Z.z. o sociálnom poistení, lebo pre dlhodobo nepriaznivý zdravotný stav má pokles schopnosti vykonávať zárobkovú činnosť o viac ako 40 % v porovnaní so zdravou fyzickou osobou. Posudkový lekár Sociálnej poisťovne ústredie Bratislava v posudku zo dňa 24.9.2015 uviedol, že navrhovateľ dňa 24.9.2015 na posúdení zdravotného stavu doložil neurologické vyšetrenie zo dňa 15.10.2014, ktoré potvrdzuje už známe posudkovo zohľadnené ťažkosti s chrbticou. Po podrobnom preskúmaní celej posudkovej spisovej dokumentácie, ako i po vlastnom vyšetrení navrhovateľa konštatoval, že posudkový záver pri predchádzajúcich posúdeniach bol správny. Za rozhodujúce zdravotné postihnutie u navrhovateľa i naďalej považoval stratu úchopovej schopnosti ruky na základe vrodeného postihnutia, ktorému zodpovedá MPSVZČ 50 % a je zaradené v Prílohe č. 4 k zákonu o sociálnom poistení do kapitoly XV- Choroby podporného a pohybového aparátu, oddiel G - Postihnutie končatín, položky 28.a) Strata úchopovej schopnosti ruky, na nedominantnej. Na všetky ostatné postihnutia zvýšil MPSVZČ o ďalších maximálne možných 10 %, celková MPSVZČ je naďalej 60 %. Potvrdil dátum vzniku invalidity od 19.02.2015. Posudkový lekár Sociálnej poisťovne ústredie Bratislava v posudku zo dňa 15.12.2016 uviedol, že na žiadosť súdu vyhodnotil novodoloženú lekársku prepúšťaciu správu navrhovateľa z hospitalizácie na doliečovacom oddelení Univerzitnej nemocnice Bratislava, zo Špecializovanej geriatrickej nemocnice v Podunajských Biskupiciach, kde bol hospitalizovaný od 13.9.2016 do 23.3.2013 pre zhoršenie bolestí v ľavom ramene. Konštatoval, že v prepúšťacej správe sú popísané a vyhodnotené už známe, posudkovo zohľadnené postihnutia a ochorenia, až na novozistenú cukrovku, ktorá ale nemá okrem laboratórneho potvrdenia testom OGTT žiadne iné klinické príznaky, preto z hľadiska posudzovania invalidity je bezvýznamná. Za rozhodujúce zdravotné postihnutie boli určené choroby podporného a pohybového aparátu, postihnutie končatín, strata úchopovej schopnosti ruky, na nedominantnej, Q71 (kapitola XV, oddiel G, položka 28.a) prílohy č. 4 zákona č. 461/2003 Z.z.), kde MPSVZČ bola určená na 50 %. Na iné zdravotné postihnutia zvýšil percentuálnu mieru o 10 %. Navrhovateľ je invalidný podľa § 71 ods. 1 zákona č. 461/2003 Z. z. o sociálnom poistení. Navrhovateľ na pojednávaní uviedol, že nie je spokojný so záverom posudkového lekára, ktorý určil MPSVZČ vo výške 60 %. Uviedol, že žiada, aby súd zaviazal Sociálnu poisťovňu na uzavretie pracovnej zmluvy s ním, nakoľko nadriadený pracovníci posúdia, že nie je schopný vykonávať prácu. Zástupkyňa odporkyne vzhľadom na zhodné posúdenie zdravotného stavu navrhovateľa posudkovými lekármi, žiadala napadnuté rozhodnutie ako vecne správne potvrdiť. Posudkoví lekári sociálneho poistenia Sociálnej poisťovne pobočka Bratislava ako aj posudkoví lekári sociálneho poistenia Sociálnej poisťovne ústredie Bratislava vo svojich vyššie uvedených posudkoch zohľadnili všetky navrhovateľom uvádzané ťažkosti a vyporiadali sa s lekárskymi nálezmi nachádzajúcimi sa v zdravotnej dokumentácii navrhovateľa. Zhodne určili, že rozhodujúcim zdravotným postihnutím u navrhovateľa sú choroby podporného a pohybového aparátu, postihnutie končatín, strata úchopovej schopnosti ruky, na nedominantnej, Q 71 (kapitola XV, oddiel G, položka 28.a) prílohy č. 4 zákona č. 461/2003 Z. z. o sociálnom poistení), kde mieru poklesu schopnosti vykonávať zárobkovú činnosť stanovili na 50 %. Pre iné zdravotné postihnutie (bolesti chrbta) zvýšili percentuálnu mieru o 10 %, takže celková miera poklesu schopnosti vykonávať zárobkovú činnosť je 60 %. U navrhovateľa invalidita trvá naďalej, od 19.02.2015, t.j. dňom žiadosti navrhovateľa o opätovné prehodnotenie jeho zdravotného stavu kvôli jeho zhoršeniu. Ostatné zdravotné postihnutia, dokumentované odbornými lekárskymi nálezmi nie sú takého charakteru ani závažnosti, aby podmieňovali ďalšie zvýšenie MPSVZČ. K návrhu navrhovateľa, aby súd zaviazal Sociálnu poisťovňu na uzavretie pracovnej zmluvy s ním, súd uvádza, že uzavretie pracovnej zmluvy navrhovateľa u odporkyni nie je predmetom tohto konania. Taktiež nie je dôvod riešiť pracovný pomer navrhovateľa v tomto konaní. V danej veci sa rieši len rozhodnutie odporkyne číslo XXX XXX XXXX X zo dňa 5.5.2015, ktoré navrhovateľ napadol odvolaním. Zistenia posudkových lekárov neboli spochybnené ani v súdnom konaní. Závery posudkov posudkových lekárov sú odborné, presvedčivé, náležite zdôvodnené a súd nezistil rozpor medzi ich závermi a zisteným skutočným stavom. Navrhovateľovi rozhodnutím číslo XXX XXX XXXX X zo dňa 5.5.2015 podľa § 73, § 112 ods.4 a § 82 zákona č. 461/2003 Z.z. o sociálnom poistení v znení neskorších predpisov bol od 19.2.2015 zvýšený invalidný dôchodok na sumu 374,90 eur mesačne. Pokles schopnosti vykonávať zárobkovú činnosť od 19.2.2015 je 60%. Suma invalidného dôchodku je určená podľa § 73 ods. 2 zákona č. 461/2003 Z.z.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Suma invalidného dôchodku je 372,20 eur mesačne. K tejto sume invalidného dôchodku patrí suma zvýšenia 2,70 eur mesačne, ktorá patrila k vyplácanému invalidnému dôchodku podľa § 82 zákona č. 461/2003 Z.z. v znení neskorších predpisov. Krajský súd preto z vyššie uvedených dôvodov napadnuté rozhodnutie odporkyne číslo XXX XXX XXXX X zo dňa 5. mája 2015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https://www.kauzis.sk/judikatura/r/ECLI:SK:KSBA:2017:1015201640.2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