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4Sp/99/2015 z 18. 5. 2017</w:t>
      </w:r>
    </w:p>
    <w:p>
      <w:r>
        <w:t>Opravné uznesenie Krajského súdu Bratislava z 18. mája 2017, sp. zn. 4Sp/99/2015, ECLI:SK:KSBA:2017:1015201651.3</w:t>
      </w:r>
    </w:p>
    <w:p>
      <w:r>
        <w:t>Súd: Krajský súd Bratislava</w:t>
      </w:r>
    </w:p>
    <w:p>
      <w:r>
        <w:t>Spisová značka: 4Sp/99/2015</w:t>
      </w:r>
    </w:p>
    <w:p>
      <w:r>
        <w:t>ECLI: ECLI:SK:KSBA:2017:1015201651.3</w:t>
      </w:r>
    </w:p>
    <w:p>
      <w:r>
        <w:t>Dátum vydania: 18. 5.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4Sp/99/2015 Identifikačné číslo súdneho spisu: 1015201651 Dátum vydania rozhodnutia: 19. 05. 2017 Meno a priezvisko sudcu, VSÚ: JUDr. Ľubomír Šramko ECLI: ECLI:SK:KSBA:2017:1015201651.3 Opravné uznesenie Krajský súd v Bratislave v právnej veci navrhovateľa: pána JUDr. Štefana Barilika, súdneho exekútora, Exekútorský úrad Košice, Kuzmányho 57, Košice, proti odporcovi: 4. Disciplinárny senát Disciplinárnej komisie Slovenskej komory exekútorov so sídlom Šustekova 49, Bratislava, za účasti Ministra spravodlivosti Slovenskej republiky, Župné nám. 13, Bratislava v konaní o opravnom prostriedku navrhovateľa z 30.9.2015 voči napadnutému rozhodnutiu odporcu č.k.: DK 9/2014 zo dňa 28.07.2015, takto r o z h o d o l : Krajský súd v Bratislave o p r a v u j e svoje uznesenie č.k.: 4Sp/ 99/2015-28 z 18.11.2015 v časti označenia zúčastnenej osoby tak, že namiesto textu: „ ... za účasti Ministra spravodlivosti Slovenskej republiky JUDr. Tomáša Boreca ...“ text správne znie: „ ... za účasti Ministra spravodlivosti Slovenskej republiky ...“. o d ô v o d n e n i e : Dňa 02.10.2015 bol Krajskému súdu v Bratislave (ďalej len „súd“) doručený návrh - opravný prostriedok navrhovateľa zo dňa 30.09.2015 proti rozhodnutiu odporcu č.k.: DK 9/2014 zo dňa 28.07.2015, ktorému bola pridelená sp. zn. 4Sp/99/2015. Súd v prejednávanej veci uznesením č.k.: 4Sp/99/2015-28 z 18.11.2015 toto konanie zastavil z dôvodu §§ 83, 103, 104 ods. 1 Občianskeho súdneho poriadku (ďalej len „ O.s.p.“). V označení účastníkov konania súd týchto účastníkov (riadiac sa dispozičnou zásadou prináležiacou navrhovateľovi) označil tak, ako ich označil navrhovateľ v podanom návrhu. Voči tomuto zastavujúcemu uzneseniu podal navrhovateľ odvolanie v dôsledku ktorého bol spis predložený odvolaciemu Najvyššiemu súdu Slovenskej republiky. Najvyšší súd Slovenskej republiky pod č. 2Sžo/52/2016 vrátil súdu spis bez meritórneho rozhodnutia s tým, že upravil súd, aby predmetné uznesenie bolo doručené aj ostatným účastníkom konania (uznesenie bolo doručené iba navrhovateľovi) a tiež, aby postupom podľa § 164 O.s.p. opravil napadnuté uznesenie, nakoľko podľa zák. č. 233/1995 Z.z. oprávnenie podať návrh na začatie disciplinárneho konania prislúcha ministrovi spravodlivosti nie ako fyzickej osobe, ale ako nositeľovi verejnej moci. V ďalšom Najvyšší súd Slovenskej republiky konštatoval: „Označenie ministra spravodlivosti, ktorý bol účastníkom disciplinárneho konania z titulu výkonu svojej funkcie, ako konkrétnej fyzickej osoby, identifikovanej menom a priezviskom nemá v tomto prípade oporu v zákone.“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S poukazom na vyššie označený záväzný pokyn Najvyššieho súdu Slovenskej republiky súd postupom podľa § 164 O.s.p. rozhodol tak, ako to je uvedené vo výroku tohto opravného uznesenia. Poučenie: Proti tomuto uzneseniu je možné podať odvolanie do 15 dní odo dňa jeho doručenia na Krajskom súde v Bratislave, a to písomne v dvoch vyhotoveniach. V odvolaní sa má popri všeobecných náležitostiach (z odvolania musí byť zjavné, ktorému súdu je určené, kto ho robí, ktorej veci sa týka a čo sleduje, a musí byť podpísané a datované; odvolanie treba predložiť s potrebným počtom rovnopisov a s prílohami tak, aby jeden rovnopis zostal na súde a aby každý účastník dostal jeden rovnopis, ak je to potrebné; ak účastník nepredloží potrebný počet rovnopisov a príloh, súd vyhotoví kópie na jeho trovy) uviesť, proti ktorému rozhodnutiu smeruje, v akom rozsahu sa napáda, v čom sa toto rozhodnutie alebo postup súdu považuje za nesprávny a čoho sa odvolateľ domáha (§ 205 O.s.p).</w:t>
      </w:r>
    </w:p>
    <w:p/>
    <w:p>
      <w:r>
        <w:t>Zdroj: KAUZIS.SK – https://www.kauzis.sk/judikatura/r/ECLI:SK:KSBA:2017:1015201651.3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