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9Sp/100/2015 z 27. 3. 2017</w:t>
      </w:r>
    </w:p>
    <w:p>
      <w:r>
        <w:t>Rozsudok Krajského súdu Bratislava z 27. marca 2017, sp. zn. 9Sp/100/2015, ECLI:SK:KSBA:2017:1015201675.4</w:t>
      </w:r>
    </w:p>
    <w:p>
      <w:r>
        <w:t>Súd: Krajský súd Bratislava</w:t>
      </w:r>
    </w:p>
    <w:p>
      <w:r>
        <w:t>Spisová značka: 9Sp/100/2015</w:t>
      </w:r>
    </w:p>
    <w:p>
      <w:r>
        <w:t>ECLI: ECLI:SK:KSBA:2017:1015201675.4</w:t>
      </w:r>
    </w:p>
    <w:p>
      <w:r>
        <w:t>Dátum vydania: 27. 3. 2017</w:t>
      </w:r>
    </w:p>
    <w:p>
      <w:r>
        <w:t>Forma: Rozsudok</w:t>
      </w:r>
    </w:p>
    <w:p>
      <w:r>
        <w:t>Oblasť práva: Správne právo</w:t>
      </w:r>
    </w:p>
    <w:p>
      <w:pPr>
        <w:pStyle w:val="Heading2"/>
      </w:pPr>
      <w:r>
        <w:t>Text rozhodnutia</w:t>
      </w:r>
    </w:p>
    <w:p>
      <w:r>
        <w:t>Súd: Krajský súd Bratislava Spisová značka: 9Sp/100/2015 Identifikačné číslo súdneho spisu: 1015201675 Dátum vydania rozhodnutia: 28. 03. 2017 Meno a priezvisko sudcu, VSÚ: JUDr. Beata Jurgošová ECLI: ECLI:SK:KSBA:2017:1015201675.4 ROZSUDOK V MENE SLOVENSKEJ REPUBLIKY Krajský súd v Bratislave sudkyňou JUDr. Beátou Jurgošovou v právnej veci navrhovateľa: POHOTOVOSŤ, s.r.o., Pribinova 25, Bratislava proti odporcovi: Okresný úrad Senec, katastrálny odbor, Hurbanova 21, Senec za účasti: U. J., bytom A. XXXX/X, D., o preskúmanie zákonnosti rozhodnutia odporcu zo dňa 12.08.2015, č. V- 6941/14, takto r o z h o d o l : Súd rozhodnutie odporcu č. V- 6941/14 zo dňa 12.08.2015 p o t v r d z u j e . Účastníkom náhradu trov konania n e p r i z n á v a . o d ô v o d n e n i e : Odporca vyššie uvedeným rozhodnutím podľa § 31 ods. 3 zákona č. 162/1995 Z.z. o katastri nehnuteľností a o zápise vlastníckych a iných práv k nehnuteľnostiam v znení neskorších predpisov, a § 46 zákona č. 71/1967 Zb. o správnom konaní v znení neskorších predpisov zamietol návrh na vklad záložného práva do katastra nehnuteľností, na základe Zmluvy o zriadení záložného práva č. 369/2014- RAČ uzavretej dňa 12.8.2014 medzi navrhovateľom ako záložným veriteľom a U. J. ako záložcom, v zastúpení DSS Nestor o.z. (predtým ProHelp - združenie občianskoprávnej pomoci). Svoje rozhodnutie odôvodnil rozporom uzavretej zmluvy s ustanovením § 22 ods. 2 OZ, keď zastúpený záložca (dlžník zo zmluvy o úvere) pri uzatvorení dohody o splnomocnení nemal možnosť voľby svojho zástupcu. Citoval ustanovenie § 2 písm. a), b) zákona č. 250/2007 Z.z. v znení neskorších predpisov. Poukázal na to, že v prípade záložných zmlúv je predávajúcim, resp. dodávateľom záložný veriteľ, v tomto prípade Pohotovosť s.r.o., a na mieste spotrebiteľa je záložca, resp. dlžník, ktorý je v tomto prípade zastúpený združením ProHelp - združenie občianskoprávnej pomoci. V zmysle § 5a ods. 4 zákona č. 250/2007 Z.z. v znení neskorších predpisov právny úkon, ktorým spotrebiteľ splnomocňuje tretiu osobu na uzavretie dohody o zabezpečení splnenia záväzku spotrebiteľa a zo spotrebiteľskej zmluvy v mene spotrebiteľa, je neplatný. Dospel k záveru, že predložená zmluva o zriadení záložného práva nie je vkladuschopná listina.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Mal za to, že odporca vydal nezákonné rozhodnutie o zamietnutí návrhu na povolenie vkladu záložného práva k nehnuteľnostiam. Odporca navrhol napadnuté rozhodnutie ako vecne správne potvrdiť. V plnom rozsahu zotrval na argumentácii, obsiahnutej v odôvodnení rozhodnutia.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Navrhovateľ sa na pojednávanie dňa 28.03.2017 nedostavil, svoju neúčasť na ňom ospravedlnil a súhlasil, aby súd rozhodol v jeho neprítomnosti. Odporca sa nedostavil, svoju neúčasť na pojednávaní ospravedlnil a súhlasil s prejednaním veci bez jeho účasti. Zúčastnená osoba U. J. sa na pojednávanie dostavila. Súd prejednal vec v neprítomnosti navrhovateľa a odporcu.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Podľa názoru súdu odporca dospel k správnemu záveru i o tom, že zástupca DSS Nestor, o.z.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Zákon o ochrane spotrebiteľa v § 5a ods. 4 upravuje, že právny úkon, ktorým spotrebiteľ splnomocňuje tretiu osobu na uzavretie dohody o zabezpečení splnenia záväzku spotrebiteľa zo spotrebiteľskej zmluvy v mene spotrebiteľa, je neplatný. Súd preskúmavané rozhodnutie ako zákonné potvrdil podľa § 250q ods. 2 O.s.p. s ohľadom na rozpor zmluvy o zriadení záložného práva s ustanovením § 22 ods. 2 OZ a jeho neplatnosť v zmysle § 39 OZ. O trovách konania súd rozhodol podľa § 250k ods. 1 v spojení s § 250l ods. 2 O.s.p. tak, že účastníkom ich náhradu nepriznal, keďže navrhovateľ v konaní nedosiahol úspech a ostatní účastníci ich náhradu neuplatňovali. Podľa § 492 ods.1 zákona č. 162/2015 Z.z. Správneho súdneho poriadku konania podľa tretej hlavy piatej časti Občianskeho súdneho poriadku začaté predo dňom nadobudnutia účinnosti tohto zákona sa dokončia podľa doterajších predpisov. Poučenie: Proti tomuto rozsudku možno podať odvolanie do 15 dní odo dňa jeho doručenia na Krajského súdu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https://www.kauzis.sk/judikatura/r/ECLI:SK:KSBA:2017:1015201675.4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