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4Sp/101/2015 z 12. 12. 2017</w:t>
      </w:r>
    </w:p>
    <w:p>
      <w:r>
        <w:t>Rozsudok Krajského súdu Bratislava z 12. decembra 2017, sp. zn. 4Sp/101/2015, ECLI:SK:KSBA:2017:1015201677.1</w:t>
      </w:r>
    </w:p>
    <w:p>
      <w:r>
        <w:t>Súd: Krajský súd Bratislava</w:t>
      </w:r>
    </w:p>
    <w:p>
      <w:r>
        <w:t>Spisová značka: 4Sp/101/2015</w:t>
      </w:r>
    </w:p>
    <w:p>
      <w:r>
        <w:t>ECLI: ECLI:SK:KSBA:2017:1015201677.1</w:t>
      </w:r>
    </w:p>
    <w:p>
      <w:r>
        <w:t>Dátum vydania: 12. 12. 2017</w:t>
      </w:r>
    </w:p>
    <w:p>
      <w:r>
        <w:t>Forma: Rozsudok</w:t>
      </w:r>
    </w:p>
    <w:p>
      <w:r>
        <w:t>Oblasť práva: Správne právo</w:t>
      </w:r>
    </w:p>
    <w:p>
      <w:pPr>
        <w:pStyle w:val="Heading2"/>
      </w:pPr>
      <w:r>
        <w:t>Text rozhodnutia</w:t>
      </w:r>
    </w:p>
    <w:p>
      <w:r>
        <w:t>Súd: Krajský súd Bratislava Spisová značka: 4Sp/101/2015 Identifikačné číslo súdneho spisu: 1015201677 Dátum vydania rozhodnutia: 13. 12. 2017 Meno a priezvisko sudcu, VSÚ: JUDr. Ľubomír Šramko ECLI: ECLI:SK:KSBA:2017:1015201677.1 ROZSUDOK V MENE SLOVENSKEJ REPUBLIKY Krajský súd v Bratislave v konaní pred sudcom JUDr. Ľubomírom Šramkom v právnej veci navrhovateľa: W. B., bytom L. XX, N., proti odporkyni: Sociálna poisťovňa - ústredie, so sídlom Ul. 29. augusta 8-10, Bratislava o opravnom prostriedku navrhovateľa zo dňa 6.8.2015 proti rozhodnutiu odporkyne č. 5760-17/2015-BA zo dňa 17.7.2015 takto r o z h o d o l : Krajský súd v Bratislave napadnuté rozhodnutie odporkyne č. 5760-17/2015-BA zo dňa 17.7.2015 p o t v r d z u j e. Navrhovateľovi n e p r i z n á v a právo na náhradu trov tohto konania. o d ô v o d n e n i e : Napadnutým rozhodnutím č. 5760-17/2015-BA zo dňa 17.7.2015 (ďalej aj len „napadnuté rozhodnutie“) rozhodla odporkyňa v zmysle § 88 ods. 3, § 89 ods. 4 a § 112 ods. 4 zákona č. 461/2003 Z. z. o sociálnom poistení v znení neskorších predpisov (ďalej len "zákon o sociálnom poistení"), že navrhovateľ, ktorý utrpel poškodenie zdravia v dôsledku choroby z povolania zistenej dňa 16.7.2008, nemá nárok na zmenu sumy úrazovej renty. Z odôvodnenia napadnutého rozhodnutia vyplýva, že navrhovateľovi bola dňa 16.7.2008 zistená choroba z povolania - choroba šliach, šľachových pošiev a svalových úponov z nadmerného preťaženia - ochorenie ramennej kosti, v súvislosti s ktorou navrhovateľ podstúpil komplexnú liečbu na pravom lakti, vrátane operačného zákroku s tým, že miera poklesu pracovnej schopnosti bola určená v rozsahu 41 % od 25.7.2008 (rozhodnutie č. 29941-2/2011-BA zo dňa 28.3.2011, právoplatné dňa 27.4.2011). Dňa 27.1.2014 bola Sociálnej poisťovni, pobočka Bratislava, doručená žiadosť navrhovateľa o prehodnotenie úrazovej renty z dôvodu zmeny poklesu jeho pracovnej schopnosti. Dňa 20.3.2014 bolo vydané rozhodnutie č. 5986-10/2014-BA, ktoré nadobudlo právoplatnosť dňa 28.4.2014, ktorým navrhovateľovi nevznikol nárok na zmenu sumy úrazovej renty, nakoľko miera poklesu jeho pracovnej schopnosti bola posudkovým lekárom určená i naďalej v rozsahu 41 %. Dňa 17.6.2015 navrhovateľ opätovne podal žiadosť o prehodnotenie úrazovej renty z dôvodu zmeny poklesu jeho pracovnej schopnosti. O uvedenej žiadosti rozhodla odporkyňa napadnutým rozhodnutím tak, že opätovne nepriznala navrhovateľovi nárok na zmenu sumy úrazovej renty, pričom podklady jej rozhodnutia tvorila prepúšťacia správa z Kliniky pracovného lekárstva a toxikológie LFUK a UNB v Bratislave zo dňa 10.4.2015 a lekárska správa Sociálnej poisťovne, pobočka Bratislava zo dňa 2.7.2015. Odporkyňa v odôvodnení okrem iného uviedla, že navrhovateľ bol s lekárskou správou tvoriacou podklad rozhodnutia a s jej odôvodnením oboznámený, čo bez námietok potvrdil svojim podpisom. Proti tomuto rozhodnutiu podal navrhovateľ v zákonom stanovenej lehote opravný prostriedok - odvolanie zo dňa 6.8.2015, v ktorom konštatuje, že prvý krát žiadal o posúdenie dňa 27.1.2014 po operácii zápästia pravej ruky, ktoré bolo prvotnou príčinou jeho zdravotných problémov. Navrhovateľ v odvolaní ďalej uviedol, že práve problémy so zápästím pravej ruky boli prvotnou príčinou jeho zdravotných problémov. Operáciu pravej ruky absolvoval v roku 2008 a jeho operatér MUDr. Papšo mu chcel operovať zároveň aj zápästie, avšak nakoniec sa rozhodol operovať iba lakeť, pričom zápästie mu robilo stále problémy a bolesti boli čoraz väčšie, až mu v ňom prasklo a v r. 2014 mu pravé zápästie operovali. Následne v r. 2015 navrhovateľ podstúpil taktiež operáciu ľavého lakťa, po ktorej dňa 17.6.2015 podal ďalšiu žiadosť o prehodnotenie úrazovej renty. Navrhovateľ v odvolaní vyjadruje nesúhlas s napadnutým rozhodnutím a žiada o zmenu posudkového lekára. Nesúhlasí s tvrdením posudkovej lekárky, že jeho problémy so zápästím spôsobil úraz a nemá súvis s chorobou z povolania. Ďalej navrhovateľ v odvolaní namieta, že posudkovú lekárku lekárske správy lekára, ktorý uskutočnil operáciu ruky a zápästia nezaujímali a taktiež ju nezaujímali ani jeho subjektívne ťažkosti a ústne námietky, dokonca ho informovala, že sťažovať sa navrhovateľ môže po tom ako mu bude doručené rozhodnutie. Odporkyňa vo svojom vyjadrení k odvolaniu zo dňa 2.10.2015 navrhla napadnuté rozhodnutie v celom rozsahu potvrdiť ako zákonné a vecne správne, a to s poukazom na skutočnosť, že podkladom na rozhodnutie o žiadosti navrhovateľa doručenej odporkyni dňa 22.7.2015 bola lekárska správa zo dňa 2.7.2015, ktorá potvrdila stanovenú mieru poklesu pracovnej schopnosti v rozsahu 41%, pričom prepúšťacie správy z kontrolných hospitalizácií na Klinike pracovného lekárstva a toxikológie LFUK a UNB v Bratislave, ktoré navrhovateľ absolvoval v r. 2014 a 2015 potvrdili stacionárny stav navrhovateľa a zmenu jeho zdravotného stavu nepotvrdilo ani to, že v dôsledku jeho zdravotných ťažkostí došlo k reoperácii pravého zápästia. Na základe námietok uvedených navrhovateľom v podanom odvolaní zo dňa 6.8.2015 bola jeho zdravotná dokumentácia opätovne posúdená posudkovou lekárkou pobočky Bratislava, prizvaným nestranným posudkovým lekárom a posudkovou lekárkou odporkyne, pričom všetci traja lekári potvrdili pôvodne stanovenú mieru poklesu pracovnej schopnosti navrhovateľa v rozsahu 41%. Odporkyňa vo svojom vyjadrení taktiež poukázala na časť lekárskeho posudku zo dňa 21.9.2015, v ktorom lekárka o. i. uviedla, že v období od priznania choroby z povolania bol navrhovateľ každoročne hospitalizovaný na Klinike pracovného lekárstva a toxikológie LFUK a UNB v Bratislave (naposledy v roku 2015), kde po každej hospitalizácii bol stav choroby z povolania hodnotený ako stacionárny - nezmenený i napriek tomu, že navrhovateľ podstúpil v r. 2013 operáciu pravého zápästia a v roku 2014 operáciu ľavého lakťa. K námietke navrhovateľa, že posudková lekárka pobočky Bratislava nezohľadnila zdravotné následky po operácii pravého zápästia a uviedla, že tento hendikep nesúvisí s predmetnou chorobou z povolania odporkyňa uviedla, že posudkový lekár je odborne spôsobilá osoba, a preto sú lekárske správy posudkových lekárov pre odporkyňu záväzné. V lekárskej správe z 2.7.2015 posudková lekárka vo vzťahu k operácii pravého zápästia uviedla, že pri opätovnom posúdení zdravotného stavu navrhovateľa na základe žiadosti o zmenu sumy úrazovej renty pre zhoršenie zdravotného stavu je posudkový záver nezmenený, lebo zhoršenie zdravotného stavu nesúviselo so zistenou chorobou z povolania, čo potvrdili aj ďalší posudkoví lekári. K námietke navrhovateľa, že mu posudková lekárka pobočky Bratislava neumožnila vzniesť voči lekárskej správe z 2.7.2015 námietky odporkyňa vo svojom vyjadrení uviedla, že I. časť lekárskej správy - Zápisnicu, dáva podpisovať poškodeným odborná referentka a nie posudkový lekár, preto tento nemôže dávať poškodeným pokyny na akékoľvek úkony. Odporkyňa vo vyjadrení taktiež zdôraznila, že navrhovateľ proti rozhodnutiu z 20.3.2014 o neprijatí nároku na zmenu sumy úrazovej renty nepodal opravný prostriedok a preto toto rozhodnutie nadobudlo právoplatnosť a vykonateľnosť dňa 28.4.2014, a teda týmto nekonaním navrhovateľ prejavil s výrokom uvedeného rozhodnutia súhlas. Záverom vyjadrenia k podanému odvolaniu odporkyňa skonštatovala, že nespochybnila nárok navrhovateľa na úrazovú rentu, avšak vzhľadom na postup posudkových lekárov sociálneho poistenia pri percentuálnom stanovení poklesu pracovnej schopnosti na účely úrazovej renty odvíjajúci sa od medicínskych záverov vyplývajúcich z prepúšťacích správ Kliniky pracovného lekárstva a toxikológie LFUK a UNB v Bratislave nebolo možné určiť vyšší percentuálny pokles schopnosti ako pôvodne stanovených 41%. K vyjadreniu odporcu sa vyjadril navrhovateľ podaním zo dňa 25.9.2017 tak, že proti rozhodnutiu o jeho žiadosti o prehodnotenie úrazovej renty doručenej odporkyni dňa 27.1.2014 v súvislosti s tvrdením posudkového lekára, že jeho zhoršenie zdravotného stavu nemá súvis s uznanou chorobou z povolania, pretože ide o bežný úraz, navrhovateľ nepodal odvolanie z dôvodu, že posudkový lekár sa vyjadril, že po prepustení z hospitalizácie na Klinike pracovného lekárstva a toxikológie LFUK a UNB v Bratislave sa má s lekárskou správou znovu u neho objednať. Následne po operácii ľavého lakťa sa navrhovateľ objednal k posudkovému lekárovi, ktorý však neuznal súvis medzi jeho ťažkosťami a chorobou z povolania. Navrhovateľ opäť zdôraznil, že prvotná príčina všetkých jeho problémov bola operácia pravého zápästia. Krajský súd v Bratislave (ďalej len“ súd“) prejednal a rozhodol vec ako miestne a vecne príslušný súd (§ 246a ods. 2 Občianskeho súdneho poriadku - ďalej len „O. s. p.“) za prítomnosti účastníkov konania a za použitia § 250q ods. 3 O. s. p. dospel k záveru, že napadnuté rozhodnutie odporkyne je potrebné potvrdiť ako vecne správne a vydané v súlade so zákonom. V prejednávanej veci súd dokazovanie nedoplnil. Navrhovateľ sa v celom rozsahu pridržal svojho písomného návrhu z 6.8.20015 a z dôvodov v ňom uvedených navrhol súdu napadnuté rozhodnutie odporkyne zrušiť. Opätovne poukázal na fakt, že problémy s jeho pravým zápästím boli prvotnými problémami, v dôsledku ktorých došlo k ďalšiemu ochoreniu jeho lakťa a v krátkosti opísal priebeh ústneho pojednávania pred posudkovým lekárom odporkyne, ktorý vypracoval lekársku správu. Odporkyňa sa tak isto pridržala v celom rozsahu vyjadrenia k návrhu zo dňa 2.10.2015 a navrhla napadnuté rozhodnutie potvrdiť s poukazom na fakt, že na základe žiadosti navrhovateľa bol jeho zdravotný stav štyrikrát posudzovaný posudkovými lekármi a vždy bolo konštatované, že jeho stav je nemenný, stacionárny. Tiež poukázala na to, že už v roku 2014 odporkyňa vydala rozhodnutie obsahovo zhodné s napadnutým rozhodnutím, voči ktorému navrhovateľ nepodal opravný prostriedok, a teda sa s ním stotožnil. Oboznámením sa s obsahom súdneho ako aj administratívneho spisu odporkyne súd zistil, že navrhovateľovi bola dňa 16.7.2008 zistená choroba z povolania, konkrétne choroba kĺbov, šliach a nervov končatín s dátumom jej priznania dňa 14.7.2010. Navrhovateľ dňa 31.1.2011 požiadal v súvislosti s uvedenou chorobou z povolania o priznanie úrazovej renty podľa § 88 zákona o sociálnom poistení. Odporkyňa ako vecne a miestne príslušný orgán rozhodnutím č. 29941-2/2011-BA zo dňa 28.3.2011, právoplatným a vykonateľným dňa 27.4.2011, priznala navrhovateľovi nárok na úrazovú rentu s mierou poklesu jeho pracovnej schopnosti 41% s dátumom vzniku od 25.7.2008. Žiadosťou doručenou odporkyni dňa 28.1.2014 navrhovateľ podľa § 89 ods. 4 zákona o sociálnom poistení požiadal o prehodnotenie úrazovej renty z dôvodu zhoršenia jeho zdravotného stavu. Odporkyňa rozhodnutím č. 5986-10/2014-BA zo dňa 20.03.2014 nepriznala navrhovateľovi nárok na zmenu sumy úrazovej renty podľa § 88 ods. 3, § 89 ods. 4 a § 112 ods. 4 zákona o sociálnom poistení s odôvodnením, že miera poklesu pracovnej schopnosti navrhovateľa bola opätovne posudkovou lekárkou Sociálnej poisťovne, pobočka Bratislava stanovená v rozsahu 41%. Uvedené rozhodnutie nadobudlo právoplatnosť a vykonateľnosť dňa 28.4.2014. Dňa 22.7.2015 bola Sociálnej poisťovni, pobočka Bratislava doručená žiadosť navrhovateľa o prehodnotenie úrazovej renty podľa § 89 ods. 4 zákona o sociálnom poistení opätovne, z dôvodu zhoršenia jeho zdravotného stavu v súvislosti s tou istou chorobou z povolania. Odporkyňa rozhodnutím č. 5760-17/2015-BA zo dňa 17.7.2015 nepriznala navrhovateľovi nárok na zmenu sumy úrazovej renty podľa § 88 ods. 3, § 89 ods. 4 a § 112 ods. 4 zákona o sociálnom poistení, vychádzajúc z lekárskej správy posudkovej lekárky Sociálnej poisťovne, pobočka Bratislava zo dňa 2.7.2015, z ktorej vyplýva, že navrhovateľ absolvoval kontrolnú hospitalizáciu na Klinike pracovného lekárstva a toxikológie v Bratislave v r. 2014 a 2015, pričom prepúšťacie správy potvrdili stacionárny stav navrhovateľa. Hoci navrhovateľovo pravé zápästie bolo reoperované, jeho ťažkosti nesúviseli s predmetnou chorobou z povolania, a preto miera poklesu pracovnej schopnosti navrhovateľa zostala naďalej v rozsahu 41%. Následne boli závery posudkovej lekárky Sociálnej poisťovne pobočka Bratislava boli potvrdené aj nestranným posudkovým lekárom Sociálnej poisťovne pobočka Bratislava a posudkovou lekárkou odporkyne v lekárskej správe z 21.9.2015. Podľa § 88 ods. 1 &lt;aspi://module='ASPI'&amp;link='461/2003%20Z.z.%252388'&amp;ucin-k-dni='30.12.9999'&gt; zákona o sociálnom poistení: Poškodený má nárok na úrazovú rentu, ak v dôsledku pracovného úrazu alebo choroby z povolania má viac ako 40-percentný pokles schopnosti vykonávať doterajšiu činnosť zamestnanca alebo činnosť osoby uvedenej v § 17 ods. 2 a nedovŕšil dôchodkový vek alebo mu nebol priznaný predčasný starobný dôchodok. Podľa § 88 ods. 3 &lt;aspi://module='ASPI'&amp;link='461/2003%20Z.z.%252388'&amp;ucin-k-dni='30.12.9999'&gt; zákona o sociálnom poistení: Pokles pracovnej schopnosti sa posudzuje na účely odseku 1 v súvislosti s plnením pracovných úloh uvedených v § 8 ods. 4 &lt;https://www.slov-lex.sk/pravne-predpisy/SK/ ZZ/2003/461/20171030&gt; alebo s činnosťami uvedenými v § 17 ods. 2 &lt;https://www.slov-lex.sk/pravne- predpisy/SK/ZZ/2003/461/20171030&gt;, alebo v priamej súvislosti s plnením pracovných úloh, alebo v priamej súvislosti s týmito činnosťami. Pokles pracovnej schopnosti sa opätovne posúdi, ak sa predpokladá zmena vo vývoji pracovnej schopnosti. Pri posudzovaní poklesu pracovnej schopnosti sa neprihliada na zdravotné postihnutia, ktoré boli zohľadnené na nárok na invalidný výsluhový dôchodok podľa osobitného predpisu. Podľa § 89 ods. 4 zákona o sociálnom poistení: Ak u poškodeného došlo k zmene poklesu pracovnej schopnosti z dôvodu toho istého pracovného úrazu alebo tej istej choroby z povolania, doterajšia suma úrazovej renty sa upraví v pomere novej percentuálnej miery poklesu pracovnej schopnosti k doterajšej percentuálnej miere poklesu pracovnej schopnosti odo dňa zmeny poklesu pracovnej schopnosti. Podľa § 112 ods. 4 zákona o sociálnom poistení: Výplata dávky sa zastaví, uvoľní alebo sa dávka vypláca v nižšej sume alebo vo vyššej sume, ak sa zmenia skutočnosti rozhodujúce na nárok na výplatu dávky Podľa § 153 ods. 4 písm. a) zákona o sociálnom poistení: Lekárska posudková činnosť úrazového poistenia zahŕňa a) posudzovanie poklesu pracovnej schopnosti, b) posudzovanie zdravotnej spôsobilosti poškodeného absolvovať pracovnú rehabilitáciu alebo rekvalifikáciu na účely opätovného zaradenia do pracovného procesu, c) kontrolu bodového ohodnotenia pracovného úrazu a choroby z povolania na účely náhrady za bolesť a náhrady za sťaženie spoločenského uplatnenia v sporných prípadoch, d) posudzovanie účelnosti vynaložených nákladov spojených s liečením, za ktoré sa považujú náklady na liečivá a lieky, zdravotnícke pomôcky, dietetické potraviny a doprava poškodeného spojená s liečením. Podľa § 195 ods. 2 zákona o sociálnom poistení: Podkladom na rozhodnutie sú najmä podania, návrhy a vyjadrenia účastníkov konania, dôkazy, čestné vyhlásenia, ako aj skutočnosti všeobecne známe alebo známe organizačnej zložke Sociálnej poisťovne z jej činnosti. Podľa § 196 ods. 1 zákona o sociálnom poistení: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4 zákona o sociálnom poistení: Účastník konania, fyzická osoba alebo právnická osoba zúčastnená na konaní, ktorí majú listiny, ktoré môžu byť dôkazom, sú povinní na výzvu organizačnej zložky Sociálnej poisťovne tieto listiny predložiť. Podľa § 196 ods. 6 zákona o sociálnom poistení: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Podľa § 196 ods. 7 zákona o sociálnom poistení: Organizačná zložka Sociálnej poisťovne hodnotí dôkazy podľa svojej úvahy, a to každý dôkaz osobitne a všetky dôkazy v vzájomnej súvislosti. Podľa § 492 ods. 1 zákona č. 162/2015 Z. z. Správneho súdneho poriadku: Konania podľa tretej hlavy piatej časti Občianskeho súdneho poriadku začaté predo dňom nadobudnutia účinnosti tohto zákona sa dokončia podľa doterajších predpisov. Podľa ust. § 250q ods. 3 O.s.p. prvá veta: O opravnom prostriedku rozhodne súd rozsudkom, ktorým preskúmavané rozhodnutie buď potvrdí, alebo ho zruší a vráti na ďalšie konanie. Súd vyhodnotil námietky vznesené navrhovateľom ako nedôvodné. Ako to vyplýva z citovaných zákonných ustanovení, odporkyňa pri posudzovaní nárokov na priznanie ako i pri prehodnocovaní výšky úrazovej renty z dôvodu zmeny poklesu pracovných schopností poškodených osôb vychádza najmä z lekárskych správ a posudkov, nakoľko mieru poklesu pracovnej schopnosti pri jednotlivých poškodeniach zdravia v dôsledku chorôb z povolania zákon neurčuje. Ako súd zistil z lekárskych správ a posudkov nachádzajúcich sa v administratívnom spise odporkyne, problémy navrhovateľa so zápästím nesúvisia s jeho chorobou z povolania, čo je zrejmé aj z lekárskej správy jeho ošetrujúceho lekára traumatológa MUDr. Tomáša Hegera zo dňa 13.1.2014. Z uvedenej správy vyplýva, že problémy navrhovateľa sú dôsledkom vyvrtnutia a natiahnutia zápästia. Súd po preskúmaní obsahu administratívneho spisu odporcu a samotného napadnutého rozhodnutia má za preukázané, že k následnej zmene poklesu pracovnej schopnosti navrhovateľa z dôvodu tej istej choroby z povolania nedošlo, a preto neexistuje dôvod na úpravu doterajšej sumy úrazovej renty, keďže nedošlo k určeniu novej percentuálnej miery poklesu pracovnej schopnosti navrhovateľa, táto zostala zachovaná v pôvodnom rozsahu (41%). Súd sa stotožňuje so závermi odporkyne uvedenými v napadnutom rozhodnutí, vyplývajúcimi z lekárskych posudkov a správ, poukazujúc na § 196 ods. 1 zákona o sociálnom poistení, nakoľko išlo o dôkazy objasňujúce skutkový stav veci vydané odborne spôsobilými osobami. Posudkoví lekári sú podľa zákona č 578/2004 o poskytovateľoch zdravotnej starostlivosti, zdravotníckych pracovníkoch, stavovských organizáciách v zdravotníctve osoby, ktoré zložili odbornú skúšku a spĺňajú podmienky na výkon lekárskej posudkovej činnosti. Podľa § 153 ods. 4 písm. a) zákona o sociálnom poistení lekárska posudková činnosť úrazového poistenia zahŕňa posudzovanie poklesu pracovnej schopnosti. Percentuálnu mieru poklesu pracovnej schopnosti pri jednotlivých poškodeniach zdravia v dôsledku pracovného úrazu alebo choroby z povolania zákonom neurčuje. Pracovné postupy posudkových lekárov sú v tomto smere upravené metodickými predpismi Sociálnej poisťovne a je na odbornom zhodnotení konajúceho posudkového lekára, akú konkrétnu mieru poklesu pracovnej schopnosti určí v rámci zákonom stanoveného rozmedzia 0% až 100%. Posudkový lekár pritom vychádza zo zdravotnej dokumentácie poškodeného obsahujúcej doložené odborné nálezy z vyšetrení a hospitalizácií, ako aj z objektívneho vyšetrenia poškodeného vykonaného priamo posudkovým lekárom. Pri posudzovaní poklesu pracovnej schopnosti poškodeného vrátane stanovenia konkrétnej percentuálnej miery tohto poklesu posudkový lekár zohľadňuje stupeň funkčného postihnutia organizmu následkom pracovného úrazu alebo choroby z povolania; pracovnú náplň - profesiogram pracovného zaradenia, v ktorom pracovný úraz alebo choroba z povolania vznikli a kvalitu pracovného prostredia, v ktorom sa pracovné činnosti vykonávali; percento pracovných úkonov popísaných v profesiograme, ktoré môže poškodený s daným funkčným postihnutím vykonávať; zohľadnenie, či bol poškodený preradený na výkon inej práce z dôvodu pracovného úrazu alebo choroby z povolania, resp. či bol s poškodenými ukončený pracovný pomer pre poškodenie zdravia alebo či poškodený môže vykonávať inú prácu; možnosť ďalšieho uplatnenia poškodeného u zamestnávateľa, kde poistná udalosť vznikla, ako aj možnosť uplatnenia na trhu práce s prihliadnutím na dosiahnuté vzdelanie poškodeného. Pri posudzovaní poklesu pracovnej schopnosti posudkový lekár skúma iba pokles pracovných schopností poškodeného voči doterajšiemu pracovnému zaradeniu, v ktorom vznikol pracovný úraz, či choroba z povolania, nie voči všetkým pracovným zaradeniam, ktoré by mohol potenciálne vykonávať. A preto pokles pracovnej schopnosti na účely úrazovej renty môže byť ohodnotený iným percentom poklesu pracovnej schopnosti, ako bude miera poklesu schopnosti vykonávať zárobkovú činnosť na účely invalidity na to isté zdravotné postihnutie. V súvislosti s uvedeným súd zdôrazňuje, že ako v administratívnom, tak ani v súdnom konaní neboli okrem tvrdení navrhovateľa závery odporkyne vyplývajúce z lekárskych posudkov a správ inými dôkazmi vyvrátené, či spochybnené. Súd predovšetkým zdôrazňuje, že ako to vyplýva z vykonaných vyšetrení, zhmotnených v lekárskych správach a posudkoch, podobne ako aj z lekárskej správy ošetrujúceho lekára navrhovateľa, navrhovateľove problémy so zápästím nesúvisia s chorobou z povolania, ktorá bola u navrhovateľa zistená 16.7.2008. Práve naopak - z lekárskej správy z 13.1.2014 (MUDr. Heger - traumatológ) je zrejmé, že problémy so zápästím sú dôsledkom vyvrtnutia a natiahnutia zápästia navrhovateľa. Podobne zo žiadnej lekárskej správy, posudku či iného vyšetrenia nie je zrejmé tvrdenie navrhovateľa, že problémy s jeho pravým zápästím boli prvotnou príčinou ochorenia, ktoré bolo uznané ako choroba z povolania. Nakoľko odporkyňa dostatočným spôsobom zistila stav veci a správne vyhodnotila, že v danej veci neboli splnené podmienky podľa § 89 ods. 4 zákona o sociálnom poistení na zmenu percentuálnej miery poklesu pracovnej schopnosti navrhovateľa v dôsledku choroby z povolania a zároveň uvedený záver riadne odôvodnila, pričom tento vyplýva z obsahu administratívneho spisu a vykonaného dokazovania a žiadna z námietok navrhovateľa nebola dôvodná, súd napadnuté rozhodnutie odporkyne potvrdil ako vecne správne a zákonné. O trovách navrhovateľa súd rozhodol za použitia.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https://www.kauzis.sk/judikatura/r/ECLI:SK:KSBA:2017:1015201677.1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