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8Sd/114/2015 z 22. 8. 2017</w:t>
      </w:r>
    </w:p>
    <w:p>
      <w:r>
        <w:t>Uznesenie Krajského súdu Bratislava z 22. augusta 2017, sp. zn. 8Sd/114/2015, ECLI:SK:KSBA:2017:1015201717.1</w:t>
      </w:r>
    </w:p>
    <w:p>
      <w:r>
        <w:t>Súd: Krajský súd Bratislava</w:t>
      </w:r>
    </w:p>
    <w:p>
      <w:r>
        <w:t>Spisová značka: 8Sd/114/2015</w:t>
      </w:r>
    </w:p>
    <w:p>
      <w:r>
        <w:t>ECLI: ECLI:SK:KSBA:2017:1015201717.1</w:t>
      </w:r>
    </w:p>
    <w:p>
      <w:r>
        <w:t>Dátum vydania: 22. 8. 2017</w:t>
      </w:r>
    </w:p>
    <w:p>
      <w:r>
        <w:t>Forma: Uznesenie</w:t>
      </w:r>
    </w:p>
    <w:p>
      <w:r>
        <w:t>Oblasť práva: Správne právo</w:t>
      </w:r>
    </w:p>
    <w:p>
      <w:pPr>
        <w:pStyle w:val="Heading2"/>
      </w:pPr>
      <w:r>
        <w:t>Text rozhodnutia</w:t>
      </w:r>
    </w:p>
    <w:p>
      <w:r>
        <w:t>Súd: Krajský súd Bratislava Spisová značka: 8Sd/114/2015 Identifikačné číslo súdneho spisu: 1015201717 Dátum vydania rozhodnutia: 23. 08. 2017 Meno a priezvisko sudcu, VSÚ: JUDr. Blanka Malichová ECLI: ECLI:SK:KSBA:2017:1015201717.1 Uznesenie Krajský súd v Bratislave v právnej veci navrhovateľky: R. Č. , nar. XX.XX.XXXX, bytom N. XXX/X, XXX XX Z., proti odporkyni: Sociálna poisťovňa ústredie, Ul. 29. augusta 8 - 10, Bratislava, v konaní o invalidný dôchodok, takto r o z h o d o l : Konanie z a s t a v u j e . Žiaden z účastníkov nemá právo na náhradu trov konania. o d ô v o d n e n i e : 1. Navrhovateľka opravným prostriedkom zo dňa 24.07.2015, Krajskému súdu v Bratislave (ďalej iba „súd“) doručeným prostredníctvom odporkyne dňa 15.10.2015, žiadala preskúmať rozhodnutie odporkyne číslo XXX XXX XXXX 0 zo dňa 09.07.2015, ktorým bol navrhovateľke priznaný invalidný dôchodok od dňa 24. februára 2015 v sume 235,30 eur. Na základe odvolania navrhovateľky, bol posudkovým lekárom Sociálnej poisťovne opätovne posudzovaný zdravotný stav navrhovateľky, a z výroku posudku vyplýva, že navrhovateľkinmu odvolaniu bolo v plnom rozsahu vyhovené. V lekárskej správe zo dňa 06.10.2015 je v časti vyjadrenia účastníka k zdravotnému stavu uvedené: Menovaná bola oboznámená s výsledkom posúdenia zdravotného stavu, súhlasí. Berie späť svoj opravný prostriedok a žiada konanie zastaviť i na príslušnom Krajskom súde. 2. Podaním doručeným súdu dňa 21.08.2017 vzala navrhovateľka svoj návrh v celom rozsahu späť a žiadala konanie zastaviť, pričom v podaní prehlásila, že netrvá na svojom opravnom prostriedku zo dňa 24.07.2015, berie ho späť žiada konanie zastaviť. 3. Podľa § 491 ods. 1 Správneho súdneho poriadku č. 162/2015 Z.z. (ďalej len „S.s.p.“), ak nie je ďalej ustanovené inak, platí tento zákon aj na konania začaté podľa piatej časti Občianskeho súdneho poriadku predo dňom nadobudnutia jeho účinnosti. 4.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5. Podľa § 492 ods. 1 Správneho súdneho poriadku, konania podľa tretej hlavy piatej časti Občianskeho súdneho poriadku začaté predo dňom nadobudnutia účinnosti tohto zákona sa dokončia podľa doterajších predpisov. 6. Podľa § 492 ods. 2 Správneho súdneho poriadku, odvolacie konania podľa piatej časti Občianskeho súdneho poriadku začaté predo dňom nadobudnutia účinnosti tohto zákona sa dokončia podľa doterajších predpisov. 7. Podľa ust. § 250d ods. 3 Občianskeho súdneho poriadku č. 99/1964 Zb. (ďalej len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8. Podľa ust. § 250h ods. 2 O.s.p. až do rozhodnutia súdu môže žalobca vziať žalobu späť; ak žalovanému medzitým vznikli trovy konania, rozhodne súd o ich náhrade. 9. Podľa ust. § 250l ods. 1 O.s.p. podľa ustanovení tejto hlavy sa postupuje v prípadoch, v ktorých zákon zveruje súdom rozhodovanie o opravných prostriedkoch proti neprávoplatným rozhodnutiam správnych orgánov. 1. Podľa ods. 2 cit ust. pokiaľ v tejto hlave nie je ustanovené inak, použije sa primerane ustanovenie druhej hlavy s výnimkou § 250a. 2. Podľa ustanovenia § 246c ods. 1 prvej vety O. s. p., pre riešenie otázok, ktoré nie sú priamo upravené v tejto časti, sa použijú primerane ustanovenia prvej, tretej a štvrtej časti tohto zákona. 10. Krajský súd v Bratislave, so zreteľom na dispozitívny úkon navrhovateľky, ktorým vzala podaný opravný prostriedok späť, konanie v zmysle ustanovení § 250d ods. 3 v spojení s ust. § 250h ods. 2 a § 250l ods. 2 O.s.p. zastavil, pričom svoj procesný postup podriadil zneniu ust. § 492 ods. 1 S.s.p a na svoje rozhodnutie aplikoval na vec vzťahujúce sa ustanovenia Občianskeho súdneho poriadku (ust. § 246c ods. 1 veta prvá O.s.p.). 11. V zmysle jeho ustanovení postupoval aj pri rozhodovaní o trovách konania, a nakoľko odporkyni trovy konania nevznikli, o ich náhrade rozhodol podľa ust. § 146 ods. 1 písm. c/ v spojení s § 246c ods. 1 veta prvá O.s.p. a žiadnemu z účastníkov právo na náhradu trov konania nepriznal. Poučenie: : Proti tomuto uzneseniu je možné podať odvolanie do 15 dní odo dňa jeho doručenia na Krajskom súde v Bratislave.</w:t>
      </w:r>
    </w:p>
    <w:p/>
    <w:p>
      <w:r>
        <w:t>Zdroj: KAUZIS.SK – https://www.kauzis.sk/judikatura/r/ECLI:SK:KSBA:2017:1015201717.1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