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2S/226/2015 z 5. 2. 2017</w:t>
      </w:r>
    </w:p>
    <w:p>
      <w:r>
        <w:t>Uznesenie Krajského súdu Bratislava z 5. februára 2017, sp. zn. 2S/226/2015, ECLI:SK:KSBA:2017:1015201748.2</w:t>
      </w:r>
    </w:p>
    <w:p>
      <w:r>
        <w:t>Súd: Krajský súd Bratislava</w:t>
      </w:r>
    </w:p>
    <w:p>
      <w:r>
        <w:t>Spisová značka: 2S/226/2015</w:t>
      </w:r>
    </w:p>
    <w:p>
      <w:r>
        <w:t>ECLI: ECLI:SK:KSBA:2017:1015201748.2</w:t>
      </w:r>
    </w:p>
    <w:p>
      <w:r>
        <w:t>Dátum vydania: 5. 2. 2017</w:t>
      </w:r>
    </w:p>
    <w:p>
      <w:r>
        <w:t>Forma: Uznesenie</w:t>
      </w:r>
    </w:p>
    <w:p>
      <w:pPr>
        <w:pStyle w:val="Heading2"/>
      </w:pPr>
      <w:r>
        <w:t>Text rozhodnutia</w:t>
      </w:r>
    </w:p>
    <w:p>
      <w:r>
        <w:t>Súd: Krajský súd Bratislava Spisová značka: 2S/226/2015 Identifikačné číslo súdneho spisu: 1015201748 Dátum vydania rozhodnutia: 06. 02. 2017 Meno a priezvisko sudcu, VSÚ: Mgr. Viliam Pohančeník ECLI: ECLI:SK:KSBA:2017:1015201748.2 Uznesenie Krajský súd v Bratislave v právnej veci žalobcu: Retail Value Stores, a.s., IČO: 47 256 770, Panónska cesta 16, Bratislava, zastúpený: JUDr. Michal Matulník, advokát, s.r.o., advokátska kancelária, Kýčerského 5, Bratislava, v mene ktorej koná JUDr. Michal Matulník, advokát a konateľ, proti žalovanému: Štátna veterinárna a potravinová správa Slovenskej republiky, Botanická 17, Bratislava, o preskúmanie zákonnosti rozhodnutia žalovaného č. 1644/2015, č. k. 1644-3/2015 zo dňa 28.09.2015, takto r o z h o d o l : Krajský súd v Bratislave konanie z a s t a v u j e . Žiaden z účastníkov nemá právo na náhradu trov konania. o d ô v o d n e n i e : 1. Včas podanou žalobou sa žalobca domáhal preskúmania zákonnosti rozhodnutia žalovaného č. 1644/2015, č. k. 1644-3/2015 zo dňa 28.09.2015, ktorým žalovaný zmenil rozhodnutie Regionálnej veterinárnej a potravinovej správy Bratislava-mesto č. 99/613/2015-163 zo dňa 09.04.2015, ktorým bola žalobcovi podľa § 28 ods. 4 písm. a) v spojení s § 28 ods. 7 zákona č. 152/1995 Z. z. o potravinách v znení neskorších predpisov uložená úhrnná pokuta vo výške 33 000 eur. 2. Keďže žalobca spolu so žalobou nezaplatil súdny poplatok za jej podanie, ktorý je 70,- eur, správny súd ho pod následkom zastavenia konania vyzval na jeho zaplatenie výzvou č. k. 2S/226/2015-45 zo dňa 13.12.2016. Výzva bola spolu s príkazom na úhradu doručená zástupcovi žalobcu dňa 19.12.2016. 3. Žalobca si aj napriek výzve nesplnil poplatkovú povinnosť. 4. Podľa § 5 ods. 1 písm. a) zákona č. 71/1992 Zb. o súdnych poplatkoch a poplatku za výpis z registra trestov v znení neskorších predpisov (ďalej aj len „zákon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6. Podľa § 10 ods. 1 zákona č. 71/1992 Zb.,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7. Vzhľadom na to, že žalobca nezaplatil súdny poplatok v lehote ustanovenej vo výzve na jeho zaplatenie, správny súd rozhodol tak, že konanie vo veci zastavil. 8. O náhrade trov konania správny súd rozhodol podľa § 170 písm. b) zákona č. 162/2015 Z. z. Správneho súdneho poriadku (ďalej aj len „S.s.p.“) tak, že žiaden z účastníkov nemá právo na náhradu trov konania, nakoľko konanie bolo zastavené. 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https://www.kauzis.sk/judikatura/r/ECLI:SK:KSBA:2017:1015201748.2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