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8Sd/120/2015 z 19. 9. 2017</w:t>
      </w:r>
    </w:p>
    <w:p>
      <w:r>
        <w:t>Uznesenie Krajského súdu Bratislava z 19. septembra 2017, sp. zn. 8Sd/120/2015, ECLI:SK:KSBA:2017:1015201778.3</w:t>
      </w:r>
    </w:p>
    <w:p>
      <w:r>
        <w:t>Súd: Krajský súd Bratislava</w:t>
      </w:r>
    </w:p>
    <w:p>
      <w:r>
        <w:t>Spisová značka: 8Sd/120/2015</w:t>
      </w:r>
    </w:p>
    <w:p>
      <w:r>
        <w:t>ECLI: ECLI:SK:KSBA:2017:1015201778.3</w:t>
      </w:r>
    </w:p>
    <w:p>
      <w:r>
        <w:t>Dátum vydania: 19. 9. 2017</w:t>
      </w:r>
    </w:p>
    <w:p>
      <w:r>
        <w:t>Forma: Uznesenie</w:t>
      </w:r>
    </w:p>
    <w:p>
      <w:r>
        <w:t>Oblasť práva: Správne právo</w:t>
      </w:r>
    </w:p>
    <w:p>
      <w:pPr>
        <w:pStyle w:val="Heading2"/>
      </w:pPr>
      <w:r>
        <w:t>Text rozhodnutia</w:t>
      </w:r>
    </w:p>
    <w:p>
      <w:r>
        <w:t>Súd: Krajský súd Bratislava Spisová značka: 8Sd/120/2015 Identifikačné číslo súdneho spisu: 1015201778 Dátum vydania rozhodnutia: 20. 09. 2017 Meno a priezvisko sudcu, VSÚ: JUDr. Blanka Malichová ECLI: ECLI:SK:KSBA:2017:1015201778.3 Uznesenie Krajský súd v Bratislave v právnej veci navrhovateľa: T. W., nar. XX.XX.XXXX, bytom J. XXXX/X , XXX XX A., proti odporkyni: Sociálna poisťovňa - ústredie, Ul. 29. augusta č. 8-10, Bratislava, o invalidný dôchodok o preskúmanie rozhodnutia správneho orgánu vo veci dôchodkového poistenia č. XXX XXX XXXX X zo dňa 15.05.2015, takto r o z h o d o l : Konanie z a s t a v u j e. Žiaden z účastníkov nemá právo na náhradu trov konania. o d ô v o d n e n i e : 1. Navrhovateľ opravným prostriedkom zo dňa 11.06.2015, Krajskému súdu v Bratislave (ďalej iba „súd“) doručeným prostredníctvom odporkyne dňa 26.10.2015, žiadal preskúmať rozhodnutie odporkyne číslo č. XXX XXX XXXX X zo dňa 15.05.2015, ktorým zamietla jeho žiadosť o priznanie invalidného dôchodku. Po podaní opravného prostriedku navrhovateľa, bol posudkovým lekárom Sociálnej poisťovne opätovne posudzovaný jeho zdravotný stav, pričom k zmene v posudkových záveroch nedošlo, čo vyplýva z lekárskej správy zo dňa 20.10.2015. 2. Na pojednávaní súdu dňa 20.09.2017 vzal navrhovateľ svoj opravný prostriedok späť s uvedením, že nemá dôkazy na preukázanie aj iného zdravotného postihnutia, ktoré v predchádzajúcom konaní nebolo posudzované.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opravný prostriedok podaný proti rozhodnutiu odporkyne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https://www.kauzis.sk/judikatura/r/ECLI:SK:KSBA:2017:1015201778.3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