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1S/252/2015 z 31. 5. 2017</w:t>
      </w:r>
    </w:p>
    <w:p>
      <w:r>
        <w:t>Opravné uznesenie Krajského súdu Bratislava z 31. mája 2017, sp. zn. 1S/252/2015, ECLI:SK:KSBA:2017:1015201783.2</w:t>
      </w:r>
    </w:p>
    <w:p>
      <w:r>
        <w:t>Súd: Krajský súd Bratislava</w:t>
      </w:r>
    </w:p>
    <w:p>
      <w:r>
        <w:t>Spisová značka: 1S/252/2015</w:t>
      </w:r>
    </w:p>
    <w:p>
      <w:r>
        <w:t>ECLI: ECLI:SK:KSBA:2017:1015201783.2</w:t>
      </w:r>
    </w:p>
    <w:p>
      <w:r>
        <w:t>Dátum vydania: 31. 5. 2017</w:t>
      </w:r>
    </w:p>
    <w:p>
      <w:r>
        <w:t>Forma: Opravné uznesenie</w:t>
      </w:r>
    </w:p>
    <w:p>
      <w:pPr>
        <w:pStyle w:val="Heading2"/>
      </w:pPr>
      <w:r>
        <w:t>Text rozhodnutia</w:t>
      </w:r>
    </w:p>
    <w:p>
      <w:r>
        <w:t>Súd: Krajský súd Bratislava Spisová značka: 1S/252/2015 Identifikačné číslo súdneho spisu: 1015201783 Dátum vydania rozhodnutia: 01. 06. 2017 Meno a priezvisko sudcu, VSÚ: JUDr. Anna Peťovská PhD. ECLI: ECLI:SK:KSBA:2017:1015201783.2 Opravné uznesenie Krajský súd v Bratislave v právnej veci žalobcu: DALUDAN, s.r.o., so sídlom Račianska 72, 830 03 Bratislava, IČO: 34 130 276, zastúpeného advokátskou kanceláriou SOUKENÍK - ŠTRPKA, s.r.o., so sídlom Šoltésovej 14, 811 08 Bratislava, IČO: 36 862 711, proti žalovanému: Finančné riaditeľstvo Slovenskej republiky, so sídlom Lazovná 63, 974 01 Banská Bystrica, o preskúmanie zákonnosti rozhodnutia žalovaného č. 1286341/2015 zo dňa 12.08.2015, takto r o z h o d o l : Rozsudok Krajského súdu v Bratislave č. k. 1S/252/2015-63 zo dňa 27.10.2016 sa na konci rozsudku na pravej strane listu č. 25 v časti podpisov a označenia sudcov, ktorí vo veci rozhodovali opravuje tak, že správne znie: JUDr. Monika Valašiková, PhD. predsedníčka senátu JUDr. Renáta Janáková členka senátu Mgr. Viliam Pohančeník člen senátu o d ô v o d n e n i e : 1. Pri vyhotovovaní rozsudku Krajského súdu v Bratislave č. k. 1S/252/2015-63 zo dňa 27.10.2016 došlo k zrejmej nesprávnosti, keď správny súd na konci rozsudku na pravej strane listu č. 25 v časti podpisov a označenia sudcov, ktorí vo veci rozhodovali nesprávne uviedol iba predsedníčku senátu JUDr. Moniku Valašikovú, PhD., pričom presné označenie sudcov, ktorí vo veci rozhodovali je predsedníčka senátu JUDr. Monika Valašiková, PhD., členka senátu JUDr. Renáta Janáková a člen senátu Mgr. Viliam Pohančeník. 2. Podľa § 139 ods. 1 zákona č. 162/2015 Z.z. Správny súdny poriadok (ďalej len „SSP“), v písomnom vyhotovení rozsudku sa po slovách „V mene Slovenskej republiky“ uvedie označenie správneho súdu, mená a priezviská sudcov rozhodujúcich vo veci, presné označenie účastníkov konania a ich zástupcov, účasť prokurátora, označenie prejednávanej veci, znenie výroku, odôvodnenie, poučenie o prípustnosti kasačnej sťažnosti, o lehote na podanie kasačnej sťažnosti, o náležitostiach kasačnej sťažnosti, o povinnom zastúpení advokátom v kasačnom konaní alebo o neprípustnosti opravného prostriedku, deň a miesto vyhlásenia. 3. Podľa § 141 SSP, písomné vyhotovenie rozsudku podpisuje sudca a pri senátnych rozhodnutiach všetci členovia senátu. Ak ho nemôže podpísať sudca, podpíše ho iný poverený sudca; ak rozsudok nemôže podpísať predseda senátu alebo iný člen senátu, podpíšu ho zvyšní členovia senátu; dôvod sa poznamená na písomnom vyhotovení. 4. Podľa § 143 SSP, správny súd kedykoľvek aj bez návrhu opraví v rozsudku chyby v písaní a počítaní, ako aj iné zrejmé nesprávnosti. O oprave vydá opravné uznesenie, ktoré doručí osobám uvedeným v § 142 ods. 1. 5. Vzhľadom na uvedenú zrejmú nesprávnosť vo vyššie označenom rozsudku správny súd v súlade s ustanovením § 143 SSP rozhodol tak, ako je uvedené vo výrokovej časti tohto uznesenia. Poučenie: Proti tomuto uzneseniu nie je prípustná kasačná sťažnosť (§ 439 ods. 2 písm. a) SSP).</w:t>
      </w:r>
    </w:p>
    <w:p/>
    <w:p>
      <w:r>
        <w:t>Zdroj: KAUZIS.SK – https://www.kauzis.sk/judikatura/r/ECLI:SK:KSBA:2017:1015201783.2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