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8Sd/123/2015 z 12. 9. 2017</w:t>
      </w:r>
    </w:p>
    <w:p>
      <w:r>
        <w:t>Uznesenie Krajského súdu Bratislava z 12. septembra 2017, sp. zn. 8Sd/123/2015, ECLI:SK:KSBA:2017:1015201809.1</w:t>
      </w:r>
    </w:p>
    <w:p>
      <w:r>
        <w:t>Súd: Krajský súd Bratislava</w:t>
      </w:r>
    </w:p>
    <w:p>
      <w:r>
        <w:t>Spisová značka: 8Sd/123/2015</w:t>
      </w:r>
    </w:p>
    <w:p>
      <w:r>
        <w:t>ECLI: ECLI:SK:KSBA:2017:1015201809.1</w:t>
      </w:r>
    </w:p>
    <w:p>
      <w:r>
        <w:t>Dátum vydania: 12. 9. 2017</w:t>
      </w:r>
    </w:p>
    <w:p>
      <w:r>
        <w:t>Forma: Uznesenie</w:t>
      </w:r>
    </w:p>
    <w:p>
      <w:pPr>
        <w:pStyle w:val="Heading2"/>
      </w:pPr>
      <w:r>
        <w:t>Text rozhodnutia</w:t>
      </w:r>
    </w:p>
    <w:p>
      <w:r>
        <w:t>Súd: Krajský súd Bratislava Spisová značka: 8Sd/123/2015 Identifikačné číslo súdneho spisu: 1015201809 Dátum vydania rozhodnutia: 13. 09. 2017 Meno a priezvisko sudcu, VSÚ: JUDr. Blanka Malichová ECLI: ECLI:SK:KSBA:2017:1015201809.1 Uznesenie Krajský súd v Bratislave v právnej veci navrhovateľky: F.. V. F., X.. nar. XX.XX.XXXX, bytom N. XX, XXX XX B., proti odporkyni: Sociálna poisťovňa ústredie, Ul. 29. augusta 8 - 10, Bratislava, v konaní o invalidný dôchodok, takto r o z h o d o l : Konanie z a s t a v u j e . Žiaden z účastníkov nemá právo na náhradu trov konania. o d ô v o d n e n i e : 1. Navrhovateľka opravným prostriedkom zo dňa 11.06.2015, Krajskému súdu v Bratislave (ďalej iba „súd“) doručeným prostredníctvom odporkyne dňa 03.11.2015, žiadala preskúmať rozhodnutie odporkyne číslo XXX XXX XXXX 0 zo dňa 15.04.2015, ktorým navrhovateľke odňala invalidný dôchodok pre nesplnenie podmienok uvedených v ust. § 70 ods. 1 zák. č. 461/2003 Z.z. 2. Podaním doručeným súdu dňa 12.09.2017 vzala navrhovateľka svoj návrh späť a žiadala konanie v celom rozsahu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https://www.kauzis.sk/judikatura/r/ECLI:SK:KSBA:2017:1015201809.1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