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4Sp/120/2015 z 7. 11. 2017</w:t>
      </w:r>
    </w:p>
    <w:p>
      <w:r>
        <w:t>Rozsudok Krajského súdu Bratislava z 7. novembra 2017, sp. zn. 4Sp/120/2015, ECLI:SK:KSBA:2017:1015201829.1</w:t>
      </w:r>
    </w:p>
    <w:p>
      <w:r>
        <w:t>Súd: Krajský súd Bratislava</w:t>
      </w:r>
    </w:p>
    <w:p>
      <w:r>
        <w:t>Spisová značka: 4Sp/120/2015</w:t>
      </w:r>
    </w:p>
    <w:p>
      <w:r>
        <w:t>ECLI: ECLI:SK:KSBA:2017:1015201829.1</w:t>
      </w:r>
    </w:p>
    <w:p>
      <w:r>
        <w:t>Dátum vydania: 7. 11. 2017</w:t>
      </w:r>
    </w:p>
    <w:p>
      <w:r>
        <w:t>Forma: Rozsudok</w:t>
      </w:r>
    </w:p>
    <w:p>
      <w:r>
        <w:t>Oblasť práva: Správne právo</w:t>
      </w:r>
    </w:p>
    <w:p>
      <w:pPr>
        <w:pStyle w:val="Heading2"/>
      </w:pPr>
      <w:r>
        <w:t>Text rozhodnutia</w:t>
      </w:r>
    </w:p>
    <w:p>
      <w:r>
        <w:t>Súd: Krajský súd Bratislava Spisová značka: 4Sp/120/2015 Identifikačné číslo súdneho spisu: 1015201829 Dátum vydania rozhodnutia: 08. 11. 2017 Meno a priezvisko sudcu, VSÚ: JUDr. Ľubomír Šramko ECLI: ECLI:SK:KSBA:2017:1015201829.1 ROZSUDOK V MENE SLOVENSKEJ REPUBLIKY Krajský súd v Bratislave v konaní pred sudcom JUDr. Ľubomírom Šramkom v právnej veci navrhovateľa: POHOTOVOSŤ, s. r. o., so sídlom Pribinova 25, Bratislava, proti odporcovi: Okresný úrad Bratislava, katastrálny odbor, so sídlom Ružová dolina 27, Bratislava, za účasti: H. Z.C., bytom O. XX, X. - Z. X., o opravnom prostriedku navrhovateľa zo dňa 18.3.2015 proti rozhodnutiu odporcu č. V-25501/14 zo dňa 10.3.2015 takto r o z h o d o l : Krajský súd v Bratislave napadnuté rozhodnutie odporcu č. V-25501/14 zo dňa 10.3.2015 p o t v r d z u j e. Navrhovateľovi n e p r i z n á v a právo na náhradu trov tohto konania. o d ô v o d n e n i e : Napadnutým rozhodnutím č. V-25501/14 zo dňa 10.3.2015 odporca zamietol návrh na vklad záložného práva k nehnuteľnosti nachádzajúcej sa v katastrálnom území Z. X., zapísanej na liste vlastníctva č. XXXX, rozostavaný rodinný dom na pozemku parc. č. 1484/7, parc. č. 1484/7 zastavané plochy a nádvoria o výmere 138 m2, parc. č. 1484/1 záhrady o výmere 419 m2 (ďalej ako „založená nehnuteľnosť“), a to z dôvodu, že zmluva o zriadení záložného práva zo dňa 30.7.2014, na základe ktorej sa mal vykonať vklad záložného práva k založenej nehnuteľnosti (ďalej len „zmluva o zriadení záložného práva“ alebo „záložná zmluva“) nie je spôsobilá pre povolenie vkladu záložného práva v prospech navrhovateľa, nakoľko ide o spotrebiteľskú zmluvu v zmysle § 52 ods. 1 zákona č. 40/1964 Zb. Občiansky zákonník (ďalej len „OZ“) uzatvorenú v rozpore s § 5a ods. 2 a 4 zákona č. 250/2007 Z. z. o ochrane spotrebiteľa v platnom znení (ďalej len „zákon o ochrane spotrebiteľa“), a to v súvislosti s dohodou o splnomocnení (na základe ktorej došlo k uzatvoreniu zmluvy o zriadení záložného práva ako inštitút zabezpečenia pohľadávky navrhovateľa voči dlžníkovi - zúčastnenej osobe v tomto súdnom konaní). Odporca v napadnutom rozhodnutí poukázal na skutočnosti známe mu z jeho rozhodovacej praxe, že záložcovia pri obdobných záložných zmluvách, uzavretých s navrhovateľom ako záložným veriteľom, nepoznali svojho splnomocnenca, dokonca nevedeli, že takúto dohodu uzavreli, pričom záložný veriteľ dopredu určil osobu, ktorá bude oprávnená za dlžníka konať, z čoho vyplýva absencia jeho slobodnej vôle pri výbere svojho zástupcu. Proti tomuto rozhodnutiu podal navrhovateľ v zákonom stanovenej lehote opravný prostriedok - odvolanie zo dňa 18.3.2015, ktorým sa domáhal jeho zrušenia a následného povolenia vkladu záložného práva k nehnuteľnostiam, prípadne zrušenia napadnutého rozhodnutia súdom a vrátenie veci odporcovi na nové konanie o povolení vkladu vlastníckeho práva. Nesúhlasí s dôvodmi uvedenými v rozhodnutí odporcu, podľa jeho názoru ide o nepodložené predpoklady, ktoré nevychádzajú z objektívne a spoľahlivo zisteného skutkového stavu veci. Taktiež namieta predostretý záver odporcu, podľa ktorého záložný veriteľ vopred určil osobu splnomocneného zástupcu zúčastnenej osoby (dlžníka). Navrhovateľ dôvodil, že sa ako záložný veriteľ žiadnym spôsobom nepodieľal na výbere splnomocneného zástupcu, od dlžníka zastúpenie zástupcom nepožadoval a osobu zástupcu mu nenavrhoval. Ďalej zdôraznil, že v prípade uzavretia dohody o splnomocnení na zastupovanie pri uzatvorení záložnej zmluvy sa jednalo o samostatný právny úkon uzatvorený medzi zúčastnenou osobou a jej zástupcom, ktorý bol úplne nezávislým od navrhovateľa a jeho zmluvnej dokumentácie a je toho názoru, že odporca žiadnym spôsobom nepreukázal, že by navrhovateľ do tohto právneho úkonu zasahoval alebo ovplyvňoval jeho obsah. Tiež konštatoval, že z obsahu dohody o splnomocnení je zrejmé, že dlžník (zúčastnená osoba) sa rozhodol pre udelenie plnomocenstva sám a zástupca ho poučil o následkoch tohto kroku a zaviazal sa dojednať v jeho mene platnú záložnú zmluvu a obhajovať jeho záujmy. Odporca vo svojom vyjadrení k odvolaniu zo dňa 21.10.2015 navrhol napadnuté rozhodnutie v celom rozsahu potvrdiť, a to s poukazom na skutočnosti v ňom obsiahnuté a na fakt, že predložená záložná zmluva je tak v rozpore s § 5a ods. 2 a 4 zákona o ochrane spotrebiteľa, ako aj s ustanoveniami § 22 ods. 2, § 37 a § 39 OZ, ktorý podľa neho spočíva v tom, že dohoda o splnomocnení, ktorou zúčastnená osoba (dlžník) ako splnomocniteľ udelil plnú moc občianskemu združeniu ProHelp - združenie občianskoprávnej pomoci, so sídlom Povraznícka 18, Bratislava (ďalej „združenie ProHelp“ alebo „splnomocnenec“) na uzavretie záložnej zmluvy zabezpečujúcej pohľadávku navrhovateľa voči zúčastnenej osobe, bola uzatvorená v rozpore so záujmom zúčastnenej osoby. Táto skutočnosť je podľa odporcu zrejmá tak z formy dohody o splnomocnení - predtlačený formulár, ako aj z jej obsahu, pretože splnomocnenec bol v čase jej zhotovenia v kontakte s navrhovateľom (záložným veriteľom) a dá sa predpokladať, že v prípade potreby by splnomocnenec obhajoval práve záujmy navrhovateľa a nie zúčastnenej osoby. Odporca taktiež poukázal na to, že takáto (predtlačená) forma dohody o splnomocnení, pri ktorej zúčastnená osoba v pozícii záložcu nemala na výber voľbu splnomocnenca na základe vlastného rozhodnutia, vytvára vážnu pochybnosť, či právny úkon bol zo strany záložcu uzavretý v súlade s jeho slobodnou vôľou. Odporca opätovne zdôraznil vedomosť vyplývajúcu z jeho rozhodovacej praxe, že záložcovia pri obdobných záložných zmluvách uzavretých s navrhovateľom ako záložným veriteľom, nepoznali svojho splnomocnenca a ani nevedeli, že takúto dohodu uzavreli. Na základe uvedeného možno predpokladať, že v prípade uplatňovania práv zo zmlúv by splnomocnenec obhajoval záujmy záložného veriteľa, čo vyplýva aj zo skutočnosti, že predmetný splnomocnený zástupca vystupuje aj v iných prípadoch ako zástupca záložcu, kde na strane záložného veriteľa vystupuje navrhovateľ. Odporca tiež uviedol, že pri rozhodovaní v danej veci rozhodoval aj s poukazom na § 54 ods. 2 OZ a zohľadnil aj fakt, že zaužívaný postup navrhovateľa ako záložného veriteľa v obdobných veciach bol už predmetom preskúmavania ako i posudzovania súdmi Slovenskej republiky, ktoré tento považujú, najmä s poukazom na rozpor záujmov zastupovaných so záujmom splnomocnenca, za rozporný s právnym poriadkom Slovenskej republiky, a preto v záujme zachovania princípu právnej istoty rozhodol rovnako, ako bolo rozhodnuté v obdobných veciach už skôr. Krajský súd v Bratislave (ďalej len súd) prejednal a rozhodol vec ako miestne a vecne príslušný súd (§ 246a ods. 2 Občianskeho súdneho poriadku ďalej len „O.s.p.“) v neprítomnosti navrhovateľa, ktorý svoju neprítomnosť ospravedlnil a súhlasil s prejednaním veci bez jeho účasti. Súd, za použitia § 250q ods. 3 O. s. p. dospel k záveru, že napadnuté rozhodnutie odporcu je potrebné potvrdiť ako vecne správne. V prejednávanej veci súd doplnil dokazovanie výsluchom zúčastnenej osoby na pojednávaní. Z výsluchu zúčastnenej osoby súd zistil, že táto sa v celom rozsahu stotožňuje s vyjadreniami odporcu a rovnako navrhuje súdu napadnuté rozhodnutie odporcu potvrdiť. K priebehu uzatvorenia úverovej zmluvy zúčastnená osoba uviedla, že pred uzatvorením predmetnej úverovej zmluvy na sumu 350,- eur si zobrala od navrhovateľa iný úver, z ktorého jej ostávalo uhradiť cca 40 - 50,- eur. Vtedy ju oslovil obchodný zástupca navrhovateľa s ponukou refinancovania zostávajúceho úveru. S uvedeným obchodným zástupcom sa zúčastnená osoba stretla u notára v Petržalke, kde podpísala úverovú zmluvu, dohodu o zrážkach zo mzdy, zmenku a rozhodcovskú zmluvu a cca 170 - 200,- eur jej zástupca navrhovateľa vyplatil na mieste. Rozdiel medzi vyplatenou sumou a samotným úverom bol použitý na refinancovanie predchádzajúceho úveru. Zúčastnená osoba na otázku súdu, či dohodu o splnomocnení z 26.11.2012, ktorú jej súd predložil k nahliadnutiu, skutočne podpísala odpovedala, že ide o jej podpis a na otázku, či obdržala vyhotovenie dohody o splnomocnení odpovedala, že si nie je istá. Po oboznámení sa s obsahom administratívneho spisu odporcu súd ďalej zistil, že navrhovateľ dňa 6.10.2014 podal u odporcu návrh na vklad záložného práva k založenej nehnuteľnosti, ku ktorému priložil zmluvu o zriadení záložného práva z 30.7.2014 spolu s dohodou o splnomocnení z 26.11.2012, uzatvorenou medzi zúčastnenou osobou a združením ProHelp. Po preskúmaní dohody o splnomocnení z 26.11.2012 súd zistil, že táto je v predtlačenej forme, nemenným je predmet dohody - udelenie splnomocnenia individuálne a vopred určenému identifikovanému splnomocnencovi, ktorým je združenie ProHelp, ako aj rozsah udeleného oprávnenia - uzatvorenie záložnej zmluvy podľa § 552 OZ k nehnuteľnostiam, ktoré v čase uzatvorenia záložnej zmluvy, ako formy zabezpečenia splnenia splnomocniteľovho záväzku zo zmluvy o úvere, sú vo vlastníctve alebo spoluvlastníctve splnomocniteľa, a ktoré budú bližšie špecifikované v priložených listoch vlastníctva. Po preskúmaní vyplnených údajov súd zistil, že v záhlaví dohody o splnomocnení je identifikovaná zúčastnená osoba, ktorá túto podpísala dňa 26.11.2012, splnomocnenec ju akceptoval toho istého dňa. Súd považuje za potrebné uviesť, že identifikačné údaje splnomocniteľa - zúčastnenej osoby na strane jednej a špecifikácia nehnuteľností na strane druhej sú vyplnené už na prvý pohľad odlišným písmom. K návrhu na vklad priložená zmluva o zriadení záložného práva k založenej nehnuteľnosti, kde ako záložný veriteľ vystupuje navrhovateľ, bola na strane záložcu uzatvorená už v zastúpení zúčastnenej osoby -združením ProHelp. Vychádzajúc z jej obsahu, jej predmetom je zabezpečenie pohľadávok navrhovateľa voči zúčastnenej osobe, ktoré vznikli a vzniknú na základe zmluvy o úvere č. 104400724 z 26.11.2012. Sporná dohoda o splnomocnení pritom nie je v zmluve o zriadení záložného práva identifikovaná dátumom, či miestom jej uzavretia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OZ: Zastupovať iného nemôže ten, kto sám nie je spôsobilý na právny úkon, o ktorý ide, ani ten, záujmy ktorého sú v rozpore so záujmami zastúpeného. Podľa § 37 ods. 1 OZ: Právny úkon sa musí urobiť slobodne a vážne, určite a zrozumiteľne; inak je neplatný. Podľa § 39 OZ: Neplatný je právny úkon, ktorý svojim obsahom alebo účelom odporuje zákonu alebo ho obchádza alebo sa prieči dobrým mravom. Podľa § 54 ods. 2 OZ: V pochybnostiach o obsahu spotrebiteľských zmlúv platí výklad, ktorý je pre spotrebiteľa priaznivejší. Podľa § 5a ods. 2 zákona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Podľa § 5a ods. 4 zákona o ochrane spotrebiteľa: Právny úkon, ktorým spotrebiteľ splnomocňuje tretiu osobu na uzavretie dohody o zabezpečení splnenia záväzku spotrebiteľa zo spotrebiteľskej zmluvy v mene spotrebiteľa, je neplatný. Podľa ust. § 250q ods. 3 O.s.p. prvá veta: O opravnom prostriedku rozhodne súd rozsudkom, ktorým preskúmavané rozhodnutie buď potvrdí, alebo ho zruší a vráti na ďalšie konanie. Súd vyhodnotil námietky vznesené navrhovateľom ako nedôvodné. Ako to vyplýva z citovaných zákonných ustanovení, odporca v priebehu vkladového konania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navrhovateľ na strane veriteľa a zúčastnená osoba na strane dlžníka uzatvorili zmluvu o úvere, a v ten istý deň udelila zúčastnená osoba za účelom zabezpečenia vzniknutého záväzku združeniu ProHelp plnú moc na uzatvorenie zmluvy o zriadení záložného práva k nehnuteľnostiam, ktorých identifikácia bola v typovej (formulárovej) dohode o splnomocnení zapísaná v kolónke špecifikácia nehnuteľností vo vlastníctve splnomocniteľa. Ako možno vyvodiť z odlišného písma identifikačných údajov splnomocniteľa na strane jednej a vpísaných údajov o nehnuteľnosti na strane druhej, identifikačné údaje o tejto nehnuteľnosti neboli do dohody vpísané (konkretizované) pri ich podpise splnomocniteľom (zúčastnenou osobou), ale boli doplnené až následne. Na základe zistených skutočností je teda nepochybné, že splnomocniteľ (zúčastnená osoba) a ani splnomocnenec (združenie ProHelp) v čase podpísania dohody o splnomocnení neidentifikovali nehnuteľnosti, ktoré majú byť predmetom zálohu v záložnej zmluve. Takéto splnomocnenie teda nemôže byť platné, pretože v čase jeho udelenia nebolo z neho možné zistiť konkrétny rozsah oprávnení, ktoré z neho splnomocnencovi vyplývajú a následne nebolo možné posúdiť, či tento konal v mene splnomocniteľa v medziach udeleného oprávnenia alebo či rozsah svojho oprávnenia prekročil - ide teda o neurčitý prejav vôle, keďže v čase udelenia plnomocenstva nebolo zrejmé, ktoré konkrétne nehnuteľnosti vo vlastníctve zúčastnenej osoby majú byť predmetom zmluvy o zriadení záložného práva, t.j. je daná existencia rozporu s § 37 ods. 1 OZ. Podľa ustálenej judikatúry prejav, ktorým osoba udeľuje splnomocnenie na právne úkony týkajúce sa práv k nehnuteľnostiam, musí spĺňať tie isté náležitosti označenia nehnuteľnosti, ako vyžaduje zákon pre zmluvu v súlade s § 42 katastrálneho zákona.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že bola uzatvorená spôsobom, ktorý je v rozpore s § 22 ods. 2 OZ. Právne úkony urobené osobami, ktoré nespĺňajú podmienky upravené v § 22 ods. 2 OZ, sú v zmysle § 39 OZ absolútne neplatné, a to bez ohľadu na skutočnosť, že o tom účastníci právneho úkonu nevedeli. Je súčasne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Z výsluchu zúčastnenej osoby je pritom zrejmé, že nemala vedomosť o tom, že podpisuje dohodu o splnomocnení a osobu splnomocnenca, resp. jej štatutárneho zástupcu v čase uzavretia dohody o splnomocnení či zmluvy o úvere nepoznala. Súd s poukazom na obsah administratívneho spisu odporcu má za preukázané, že splnomocnenec (združenie ProHelp) pri podpise dohody o splnomocnení nemohol byť prítomný, a teda ani nemohol poučiť zúčastnenú osobu o obsahu dohody o splnomocnení, ako tvrdil navrhovateľ v opravnom prostriedku. Podľa názoru súdu je nepochybné, že osoba splnomocnenca je spriaznená s osobou navrhovateľa. Ako uviedol i odporca v napadnutom rozhodnutí, združenie ProHelp vystupuje v obdobných konaniach ako zástupca dlžníka pri uzatváraní záložných zmlúv v prospech navrhovateľa.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Nedôvodná je aj námietka navrhovateľa, podľa ktorej nie je podľa odbornej literatúry pri aplikácii § 22 ods. 2 OZ dôležitá samotná možnosť rozporu alebo pochybností o nestrannosti zástupcu, ale tento rozpor musí reálne existovať, a to nielen preto, že komentár k zákonu nie je ako záväzný, ale i z dôvodu, že existencia rozporu je v skutočnosti daná už len z toho titulu,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Nad rámec navrhovateľom vznesených námietok súd poukazuje na správnosť aplikácie § 5a ods. 2 a 4 zákona o ochrane spotrebiteľa pri rozhodovaní odporcu. Predmetné ustanovenia vylučujú možnosť predávajúceho akýmkoľvek spôsobom určiť, nanútiť spotrebiteľovi alebo ho naviesť k tomu,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a to hlavne v čase uzatvárania zmluvy, na rozhodnutie spotrebiteľa. Rovnako sa vylučuje možnosť, aby bola táto osoba priamo uvedená v zmluve a spotrebiteľ svojím podpisom urobil toto rozhodnutie. Podľa cit. § 5a ods. 4 zákona o ochrane spotrebiteľa,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Súd sa taktiež stotožňuje s uplatnením § 54 ods. 2 OZ pri rozhodovaní o návrhu na vklad záložného práva do katastra nehnuteľností, nakoľko odporca sa správne priklonil k výkladu priaznivejšiemu pre zúčastnenú osobu (spotrebiteľa), pretože existovali zrejmé pochybnosti o obsahu zmluvy o zriadení záložného práva č. 339/2014-PTR z 30.7.2014 (spotrebiteľskej zmluvy). Nakoľko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https://www.kauzis.sk/judikatura/r/ECLI:SK:KSBA:2017:1015201829.1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