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10Sd/128/2015 z 25. 9. 2017</w:t>
      </w:r>
    </w:p>
    <w:p>
      <w:r>
        <w:t>Rozsudok Krajského súdu Bratislava z 25. septembra 2017, sp. zn. 10Sd/128/2015, ECLI:SK:KSBA:2017:1015201949.2</w:t>
      </w:r>
    </w:p>
    <w:p>
      <w:r>
        <w:t>Súd: Krajský súd Bratislava</w:t>
      </w:r>
    </w:p>
    <w:p>
      <w:r>
        <w:t>Spisová značka: 10Sd/128/2015</w:t>
      </w:r>
    </w:p>
    <w:p>
      <w:r>
        <w:t>ECLI: ECLI:SK:KSBA:2017:1015201949.2</w:t>
      </w:r>
    </w:p>
    <w:p>
      <w:r>
        <w:t>Dátum vydania: 25. 9. 2017</w:t>
      </w:r>
    </w:p>
    <w:p>
      <w:r>
        <w:t>Forma: Rozsudok</w:t>
      </w:r>
    </w:p>
    <w:p>
      <w:r>
        <w:t>Oblasť práva: Správne právo</w:t>
      </w:r>
    </w:p>
    <w:p>
      <w:pPr>
        <w:pStyle w:val="Heading2"/>
      </w:pPr>
      <w:r>
        <w:t>Text rozhodnutia</w:t>
      </w:r>
    </w:p>
    <w:p>
      <w:r>
        <w:t>Súd: Krajský súd Bratislava Spisová značka: 10Sd/128/2015 Identifikačné číslo súdneho spisu: 1015201949 Dátum vydania rozhodnutia: 26. 09. 2017 Meno a priezvisko sudcu, VSÚ: JUDr. Beata Jurgošová ECLI: ECLI:SK:KSBA:2017:1015201949.2 ROZSUDOK V MENE SLOVENSKEJ REPUBLIKY Krajský súd v Bratislave sudkyňou JUDr. Beátou Jurgošovou v právnej veci navrhovateľky: V. P., bytom W. XX, A. proti odporkyni: Sociálna poisťovňa ústredie, Ul. 29. augusta č. 8-10, Bratislava, o dátum priznania invalidného dôchodku, takto r o z h o d o l : Súd rozhodnutie odporkyne číslo XXX XXX XXXX X zo dňa 9.6.2015 potvrdzuje. Účastníkom náhradu trov konania nepriznáva. o d ô v o d n e n i e : Rozhodnutím číslo XXX XXX XXXX X zo dňa 9.6.2015, ktorým odporkyňa priznaním invalidného dôchodku podľa § 70 ods. 1 zákona č. 461/2003 Z.z. o sociálnom poistení v znení neskorších predpisov od 1. decembra 2014 v sume 349,10 eur mesačne navrhovateľke, súčasne podľa § 263a ods. 5 zákona č. 461/2003 Z.z. v znení zákona č. 529/2006 Z.z. zaniká od 1. decembra 2014 nárok na doteraz vyplácaný invalidný dôchodok, na ktorý bol prekvalifikovaný čiastočný invalidný dôchodok, ako aj na invalidný dôchodok, na ktorý navrhovateľke vznikol nárok od 1. decembra 2014 podľa § 263 ods. 1 zákona č. 461/2003 Z.z. o sociálnom poistení v znení zákona č. 310/2006 Z.z. a podľa § 29 ods. 1 zákona č. 100/1988 Zb. o sociálnom zabezpečení v znení neskorších predpisov v sume 258,50 eur mesačne. Podľa § 82 zákona č. 461/2003 Z.z. o sociálnom poistení v znení neskorších predpisov a § 1 opatrenia Ministerstva práce, sociálnych vecí a rodiny Slovenskej republiky č. 295/2014 Z.z., ktorým sa ustanovuje pevná suma zvýšenia dôchodkovej dávky a percento zvýšenia úrazovej renty v roku 2015, navrhovateľke od 1. januára 2015 zvýšila invalidný dôchodok na sumu 353,70 eur mesačne. Navrhovateľka návrhom zo dňa 1.07.2015 žiadala preskúmať rozhodnutie odporkyne. Poukázala na to, že jej zdravotný stav sa zhoršil od roku 2011 tak, že nebola schopná vykonávať doterajšiu zárobkovú činnosť. Od 1.5.2013 do konca mája 2014 bola práceneschopná. Preto žiada o doplatenie invalidného dôchodku od 1.12.2011. Krajský súd preskúmal napadnuté rozhodnutie podľa § 250l a nasl. O.s.p., prejednal návrh navrhovateľky a dospel k záveru, že návrh nie je dôvodný. Krajský súd vykonal dokazovanie výsluchom navrhovateľky a odporkyne, posudkom posudkového lekára Sociálnej poisťovne pobočky Bratislava zo dňa 26. marca 2015 a 5. augusta 2015, a posudkom posudkového lekára Sociálnej poisťovne ústredie Bratislava zo dňa 11. novembra 2015 a zo dňa 24. januára 2017, oboznámil sa s posudkovým spisom odporkyne a zistil tento skutkový stav. Podľa § 70 ods. 1 zákona č. 461/2003 Z.z. o sociálnom poistení v znení neskorších predpisov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Hodnotenie miery zhoršenia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Na základe žiadosti navrhovateľky zo dňa 5.2.2015 o posúdenie zdravotného stavu na účely trvania invalidity bol zdravotný stav a pracovná schopnosť navrhovateľky posúdená posudkovým lekárom Sociálnej poisťovne pobočka Bratislava zo dňa 26.3.2015, ktorý uviedol, že navrhovateľka nie je už čiastočne invalidná podľa § 37 ods. 3 písm. b) zákona č.100/1988 Zb. v znení zákona NR SR č. 194/1994 Z.z. a zákona č. 107/1999 Z.z., ale je invalidná podľa § 29 ods. 3 písm. a) zákona č. 100/1998 Zb. v znení neskorších predpisov, lebo pre dlhodobo nepriaznivý zdravotný stav je neschopná vykonávať akékoľvek sústavné zamestnanie. Od 01.12.2014 je invalidná podľa § 71 ods. 1 zákona č. 461/2003 Z.z. o sociálnom poistení, lebo pre dlhodobo nepriaznivý zdravotný stav má pokles schopnosti vykonávať zárobkovú činnosť o viac ako 40 % v porovnaní so zdravou fyzickou osobou. U navrhovateľky došlo k zmene čiastočnej invalidity na invaliditu od 1.12.2014. Miera poklesu schopnosti vykonávať zárobkovú činnosť v percentách je 80 %. Súčasne uviedol, že rozhodujúcim zdravotným postihnutím odôvodňujúcim invaliditu je zdravotné postihnutie zaradené do kapitoly XV, oddiel D, položka 1písmeno b). Iné zdravotné postihnutie je zaradené do kapitoly XV, oddiel E, položka 3. písm. c). Vzhľadom na vek a chronické ochorenie, stav trvalý, KLP určil ako nepotrebné. Posudkový lekár Sociálnej poisťovne pobočka Bratislava v posudku zo dňa 5.8.2015 uviedol, že navrhovateľka dňa 26.03.2015 bola posúdená na vlastnú žiadosť o prehodnotenie zdravotného stavu a zvýšenie invalidného dôchodku s výsledkom: od 1.12.2014 zmena čiastočného invalidného dôchodku na invalidný dôchodok a MPSVZČ 80 %. Na základe konania o opravnom prostriedku zo dňa 5.8.2015 proti rozhodnutiu zo dňa 9.6.2015 z dôvodu doplatenia invalidného dôchodku od 1.12.2011 na žiadosť poistenca zo dňa 1.7.2015. Od detstva je sledovaná reumatológom a kožným lekárom pre sklerodermiu s pozitívnym histologickým nálezom a zápalovými testami. Postupne došlo k zhoršeniu zdravotného stavu v zmysle postihnutia ľavej dolnej končatiny, ktorá pri vývoji zostala tenšia a kratšia o 6 cm, zošikmeniu pánve a sekundárnej statodynamickej poruchy. Do veku 11 rokov bola pre sklerodermiu 3 x na liečení v Piešťanoch. Od roku 1995 v sledovaní urológa a neurológa pre ladvinové záchvaty a bolesti chrbtice. Pre vertebrogénne ťažkosti bola opakovane vyšetrená neurológom, opakovane sa podrobila CT vyšetreniu chrbtice s pozitívnym nálezom, ale konzultovaný neurochirurg doporučil pokračovať v konzervatívnej liečbe. Pre chronické autoimunitné ochorenie spojivého tkanina, sklerodermiu s léziou a parézou ľavej dolnej končatiny a pridruženými vertebrogénnymi ťažkosťami, opakovane vyšetrená v NÚRCH v Piešťanoch, naposledy v septembri 2014. Pre zelený zákal je v liečbe oftalmológa a pre výraznú progresiu lineárnej sklerodermie s morfeou pokračuje v liečbe ambulantného reumatológa, posledná kontrola 1.12.2014, následná 30.3.2015. Po posúdení zotrval na pôvodnom posúdení zo dňa 26.3.2015 s dátumom zmeny od 1.12.2014 na základe reumatologického nálezu zo dňa 1.12.2014, celková MPSVZČ je 80 %. Vzhľadom na vek a chronické ochorenie, stav trvalý, KLP nepotrebná. Zmena čiastočnej invalidity na invaliditu s MPSVZČ 80 %. Invalidita vznikla v dôsledku choroby. Posudkový lekár sociálneho poistenia Sociálnej poisťovne ústredie Bratislava v posudku zo dňa 11.11.2015 uviedol, že posúdenie dlhodobo nepriaznivého zdravotného stavu navrhovateľky na účely invalidity bolo správne. Zhoršenie zdravotného stavu tak, aby spľňalo kritéria pre priznanie plnej invalidity (zák. č. 100/1988 Zb), resp. invalidity s MPSVZČ nad 70 % bolo dokumentované až odborným lekárskym nálezom z 1.12.2014, kde reumatologička popisuje zhoršený stav s progredujúcou neurologickou symptomatológiou. Odborné lekárske nálezy z Národného ústavu reumatologických chorôb zo dňa 4.11.2011, ani zo dňa 9.9.2014 neobsahujú také závažné klinické nálezy, ktoré by podmieňovali zvýšenie MPSVZČ pred dátumom 1.12.2014. Miera poklesu schopnosti vykonávať zárobkovú činnosť v percentách je 80 %. Zmena čiastočnej invalidity na invaliditu od 1.12.2014. Invalidita trvá naďalej, od 1.12.2014 s MPSVZČ 80 %. Posudkový lekár Sociálnej poisťovne ústredie Bratislava v posudku zo dňa 24. januára 2017,vyhodnotil lekárske nálezy navrhovateľky, ktorá bola uznaná invalidnou s MPSVZČ 80 % od 1.12.2014 (zmena z 50 %) podľa zákona č. 461/2003 Z.z. o sociálnom poistení v znení neskorších predpisov a tiež invalidnou podľa ustanovení zákona č. 100/1988 Zb. (zmena z čiastočnej invalidity na invaliditu). Uviedol, že navrhovateľka sa domáhala uznania invalidity, resp. invalidity s MPSVZČ nad 70 % od 1.12.2011, kedy sa navrhovateľke podľa jej názoru zhoršil zdravotný stav. K predloženej kópie lekárskeho nálezu z Výskumného ústavu Reumatických chorôb z Piešťan zo dňa 15.11.1995, ktorý potvrdzuje nález ohraničenej sklerodermie bez nálezu bolesti kĺbov, bez prejavov zápalu kĺbov, bez prejavov celkovej sklerózy alebo iného reumatického zápalového ochorenia. Tento odborný lekársky nález nepopisuje také chorobné zmeny, ktoré by mohli podmieňovať invaliditu s MPSVZČ nad 70 %. V zázname z reumatologickej ambulancie NsP sv. Michala zo dňa 16.10.2009 sa uvádza, že stav je stabilizovaný, celkový stav je dobrý. Ložiská sklerodermie sú popisované na ľavej dolnej končatine a nad hrudnou chrbticou. Tento odborný lekársky nález nepodmieňuje uznanie invalidity, resp. invalidity s MPSVZČ nad 70 %. Kópia z kontrolného reumatologického vyšetrenia zo dňa 20.5.2013 z Národného ústavu reumatologických chorôb v Piešťanoch, dokumentuje ďalší priebeh ochorenia so striedavou látkovou (humorálnou) autoprotilátkovou aktivitou, stuhnutie pravého ramenného kĺbu I. stupňa, syndróm suchého oka, bolesti chrbtice na viacerých miestach, zníženie kostnej hustoty mierneho stupňa (osteopénia). Stav si nevyžadoval zavedenie základnej liečby. Ani tento odborný lekársky nález nedokumentuje také chorobné zmeny, ktoré by umožňovali uznanie invalidity s MPSVZČ nad 70 %. Toto potvrdzuje aj odborný lekár - reumatológ, ktorý odporúča ponechanie čiastočného invalidného dôchodku. Reumatologické vyšetrenie zo dňa 26.11.2015 a 14.12.2015 popisuje ďalšiu progresiu ochorenia. Reumatologička uviedla, že pacientka je plne indikovaná na invaliditu. Vzhľadom na to, že plná invalidita bola navrhovateľke uznaná od 1.12.2014, nemajú tieto záznamy z hľadiska uplatňovaného nároku význam. Po podrobnom preskúmaní predložených lekárskych správ, potvrdzuje od 1.12.2014 zmenu čiastočnej invalidity na invaliditu podľa zákona č. 100/1988 Zb. a zmenu invalidity s MPSVZČ 50 % na invaliditu s MPSVZČ 80% podľa zákona č. 461/2003 Z.z. o sociálnom poistení v znení neskorších predpisov. Navrhovateľka na pojednávaní uviedla, že trvá na návrhu v plnom rozsahu. Zástupkyňa odporkyne vzhľadom na zhodné závery posudkov posudkových lekárov, žiadala napadnuté rozhodnutie ako vecne správne potvrdiť. Posudkový lekár sociálneho poistenia Sociálnej poisťovne pobočka Bratislava ako aj posudkový lekár sociálneho poistenia Sociálnej poisťovne ústredie Bratislava vo svojich vyššie uvedených posudkoch zohľadnili všetky navrhovateľkou uvádzané ťažkosti a vysporiadali sa s lekárskymi nálezmi navrhovateľky a konštatovali, že rozhodujúcim zdravotným postihnutím sú choroby podporného a pohybového aparátu, choroby svalov, avalové dystrofie, myopatie, spinálne svalové atrofie a príbuzné syndrómy, myozitídy, systémové ochorenia spojivého tkaniva (lupus erytematosus, dermatomyozitída, systémová skleróza - Behcetova choroba, Sjögrenov syndróm, sklerodermia a ostatné, (kapitola XV, oddiel D, položka 1.b) prílohy č. 4 zákona č. 461/2003 Z.z. o sociálnom poistení v znení neskorších predpisov), kde mieru poklesu schopnosti vykonávať zárobkovú činnosť stanovili na 70 %. Na ostatné ochorenia bola MPSVZČ zvýšená o ďalších 10 %, teda celková miera poklesu schopnosti vykonávať zárobkovú činnosť u navrhovateľky je 80 %. K dátumu vzniku invalidity, je potrebné uviesť, že zhoršenie zdravotného stavu tak, aby spĺňalo kritériá pre priznanie plnej invalidity (zák. č. 100/1988 Zb.), resp. invalidity s MPSVZČ nad 70 % bolo dokumentované až odborným lekárskym nálezom zo dňa 1.12.2014, kde reumatologička popisuje zhoršený zdravotný stav s progredujúcou neurologickou symptomatológiou. Odborné lekárske nálezy z Národného ústavu reumatologických chorôb zo dňa 4.11.2011, ani zo dňa 9.9.2014 neobsahujú také závažné klinické nálezy, ktoré by podmieňovali zvýšenia MPSVZČ pred dátumom 1.12.2014. Navrhovateľka od 1.12.2014 nie je už čiastočne invalidná podľa § 37 ods. 3 písm. b) zákona č. 100/1988 Zb. v znení zákona NR SR č. 194/1994 Z.z. a zákona č. 107/1999 Z.z., ale je invalidná podľa § 29 ods. 3 písm. a) zákona č. 100/1988 Zb. v znení neskorších predpisov, lebo pre dlhodobo nepriaznivý zdravotný stav je neschopná vykonávať akékoľvek sústavné zamestnanie. Navrhovateľka od 1.12.2014 je naďalej invalidná podľa § 71 ods. 1 zákona č. 461/2003 Z.z. o sociálnom poistení, lebo pre dlhodobo nepriaznivý zdravotný stav má pokles schopnosti vykonávať zárobkovú činnosť o viac ako 40 % v porovnaní so zdravou fyzickou osobou. Žiadosť navrhovateľky o spätné uznanie invalidity 3 roky pred dátumom priznania invalidity z posudkového hľadiska je bezpredmetná, pretože navrhovateľka nezdokladovala žiadne prepúšťacie správy, odborné vyšetrenia, ktoré by potvrdili, že jej zdravotný stav odôvodňoval zmenu dátumu vzniku invalidity. U navrhovateľky vznikla plná invalidita až od 1.12.2014 na základe odborného lekárskeho nálezu dňa 1.12.2014, kde reumatologička popisuje zhoršený stav s progredujúcou neurologickou symtomatológiou, preto nie je možné vyhovieť žiadosti navrhovateľky o priznanie invalidity od 1.12.2011. Závery posudkov posudkových lekárov sú odborné, presvedčivé, náležite zdôvodnené a súd nezistil rozpor medzi ich závermi a zisteným skutočným stavom. Krajský súd preto z vyššie uvedených dôvodov napadnuté rozhodnutie číslo XXX XXX XXXX X zo dňa 9.6.2015 podľa § 250q ods. 2 O.s.p. ako vecne správne potvrdil. O trovách konania súd rozhodol podľa § 250k ods. 1 v spojení s § 250l ods. 2 O.s.p. Navrhovateľka nebola v konaní úspešná, a preto jej súd trovy konania nepriznal a odporkyni trovy konania neprislúchajú. V danom prípade súd postupoval podľa ustanovenia § 492 ods. 1 zákona č. 162/2015 Z.z., podľa ktorého konania podľa tretej hlavy piatej časti Občianskeho súdneho poriadku začaté predo dňom nadobudnutia účinnosti tohto zákona sa dokončia podľa doterajších predpisov.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https://www.kauzis.sk/judikatura/r/ECLI:SK:KSBA:2017:1015201949.2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