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5S/294/2015 z 27. 3. 2017</w:t>
      </w:r>
    </w:p>
    <w:p>
      <w:r>
        <w:t>Rozsudok Krajského súdu Bratislava z 27. marca 2017, sp. zn. 5S/294/2015, ECLI:SK:KSBA:2017:1015201965.1</w:t>
      </w:r>
    </w:p>
    <w:p>
      <w:r>
        <w:t>Súd: Krajský súd Bratislava</w:t>
      </w:r>
    </w:p>
    <w:p>
      <w:r>
        <w:t>Spisová značka: 5S/294/2015</w:t>
      </w:r>
    </w:p>
    <w:p>
      <w:r>
        <w:t>ECLI: ECLI:SK:KSBA:2017:1015201965.1</w:t>
      </w:r>
    </w:p>
    <w:p>
      <w:r>
        <w:t>Dátum vydania: 27. 3. 2017</w:t>
      </w:r>
    </w:p>
    <w:p>
      <w:r>
        <w:t>Forma: Rozsudok</w:t>
      </w:r>
    </w:p>
    <w:p>
      <w:r>
        <w:t>Oblasť práva: Správne právo</w:t>
      </w:r>
    </w:p>
    <w:p>
      <w:pPr>
        <w:pStyle w:val="Heading2"/>
      </w:pPr>
      <w:r>
        <w:t>Text rozhodnutia</w:t>
      </w:r>
    </w:p>
    <w:p>
      <w:r>
        <w:t>Súd: Krajský súd Bratislava Spisová značka: 5S/294/2015 Identifikačné číslo súdneho spisu: 1015201965 Dátum vydania rozhodnutia: 28. 03. 2017 Meno a priezvisko sudcu, VSÚ: JUDr. Dáša Filová ECLI: ECLI:SK:KSBA:2017:1015201965.1 ROZSUDOK V MENE SLOVENSKEJ REPUBLIKY Krajský súd v Bratislave v senáte zloženom z predsedníčky senátu JUDr. Dáši Filovej a členiek senátu JUDr. Viery Šebestovej a JUDr. Evy Fulcovej, v právnej veci žalobkyne: O.. R. N., N. 3, XXX XX N., proti žalovanej: Sociálna poisťovňa - ústredie, ulica 29. augusta 8, 813 63 Bratislava 1 o preskúmaní zákonnosti rozhodnutia žalovanej, číslo 48855-2/2015 zo dňa 11.09.2015, takto r o z h o d o l : Žaloba sa zamieta. Žalobkyni súd nárok na náhradu trov konania n e p r i z n á v a. o d ô v o d n e n i e : Konanie na orgánoch verejnej správy Sociálna poisťovňa, pobočka Bratislava rozhodnutím č. 14841/2015-BAM-DvN zo dňa 12.06.2015 ako orgán príslušný na rozhodovanie podľa § 178 ods. 1 písm. a/ piateho bodu zákona č. 461/2003 Z.z. rozhodla, že podľa § 104 ods. 1, § 105 ods. 1, § 107 a 108 zákona o sociálnom poistení má žalobkyňa nárok na dávku v nezamestnanosti vo výške 50% denného vymeriavacieho základu 13,2904 eur od 16.05.2015 na období šiestich mesiacov pri splnení ustanovených zákonným podmienok. Sociálna poisťovňa, pobočka Bratislava vydala dňa 12.06.2015 rozhodnutie č. 14842/2015-BAM-DvN, na základe ktorého podľa § 106 písm. d/ zákona o sociálnom poistení nemá žalobkyňa nárok na výplatu dávky nezamestnanosti v období od 16.05.2015 do 31.05.2016 a podľa § 112 ods. 4 zákona o sociálnom poistení sa jej zastavuje výplata dávky v nezamestnanosti v období od 16.05.2015 do 31.05.2016, nakoľko bolo preukázané, že v uvedenom období sa žalobkyni vypláca rodičovský príspevok. Proti rozhodnutiu Sociálnej poisťovne, pobočka Bratislava č. 14841/2015-BAM-DvN zo dňa 12.06.2015 podala žalobkyňa v zákonom stanovenej lehote odvolanie, v ktorom nesúhlasí s určenou výškou dávky v nezamestnanosti a žiada o jej prepočítanie. V odvolacom konaní žalovaná rozhodnutím č. 48855-2/2015-BA zo dňa 11.09.2015 potvrdila napadnuté prvostupňové rozhodnutie orgánu verejnej správy a zamietla odvolanie žalobkyne. Následne žalobkyňa podala na Krajský súd v Bratislave žalobu o preskúmanie predmetného rozhodnutia. II. Žalobné dôvody Žalobkyňa v žalobe uviedla, že rozhodnutím žalovanej zo dňa 11.09.2015 ako aj z jeho právnym odôvodnením a taktiež rozhodnutím predchádzajúcim orgánu verejnej správy prvého stupňa zo dňa 12.06.2015 ohľadom výšky a postupu určenia výšky denného vymeriavacieho základu nesúhlasí najmä z nasledovných dôvodov. V oboch rozhodnutiach sa ťažisko ich odôvodnení upriamilo na ust. § 108 ods. 2 zákona jeho prvej vety, podľa ktorej denný vymeriavací základ na určenie sumy dávky v nezamestnanosti je podiel z účtu vymeriavacích základov, z ktorých poistenec zaplatil poistné na poistení v nezamestnanosti alebo poistné na výsluhový príspevok podľa osobitného predpisu, dosiahnutých v rozhodujúcom období a počtu dní rozhodujúceho obdobia a jeho druhej vety, podľa ktorej rozhodujúce obdobie na zistení denného vymeriavacieho základu je obdobie dvoch rokov predchádzajúcich dní, v ktorom vznikol nárok na dávku v nezamestnanosti. Orgány verejnej správy sa nevysporiadali s ustanovením tretej vety § 108 ods. 2 zákona, podľa ktorej z rozhodujúceho obdobia na zistenie denného vymeriavacieho základu sa vylučujú obdobia, za ktoré poistenec nie je povinný platiť poistné na poistenie v nezamestnanosti podľa § 140 a ako poistné na výsluhové zabezpečenie podľa osobitného predpisu. Podľa § 140 ods. 1 písm. a/ zákona, zamestnanec povinne nemocensky poistená a povinne dôchodková poistená samostatne zárobkovo činná osoba, dobrovoľne nemocensky poistená osoba, dobrovoľne dôchodkovo poistená osoba a dobrovoľne poistená osoba v nezamestnanosti nie sú povinný platiť poistné na nemocenské poistenie, poistné na dôchodkové poistenie a poistné na poistenie v nezamestnanosti v období počas, ktorého sa im poskytuje materské. Ak sa z rozhodujúceho obdobia vylučuje obdobie počas poskytovania materského, tak potom nie je zrejmé, z akého dôvodu je v oboch rozhodnutiach poukázané na ust. § 108 ods. 3 veta, podľa ktorej ak poistenec nemá v rozhodujúcom období (podľa ods. 2, § 108 zákona) vymeriavací základ na platenie poistného na poistenie v nezamestnanosti, denný vymeriavací základ sa určí z vymeriavacieho základu uvedeného v § 138 ods. 5, ktorý je platný ku dňu vzniku nároku na dávku v nezamestnanosti a zaokrúhľuje sa na štyri desatinné miesta nahor bez vysporiadania sa s vylúčením období podľa § 108 ods. 2 tretia veta v spojení s ust. § 108 ods. 3 tretia veta. Podľa ust. § 140 ods. 1 písm. a/ zákona, zamestnankyňa nie je povinná toto poistenie platiť v období počas ktorého sa jej poskytuje materské. Doteraz z uvedených skutočností teda vyplýva, že obdobie trvania materskej dovolenky sa do rozhodujúceho obdobia pre výpočet dávky v nezamestnanosti nemá započítať. Ust. § 108 ods. 2 tretia veta s poukazom na ust. § 140 zákona predstavujú výnimky z rozhodujúceho obdobia. Ak obdobie trvania materskej dovolenky zasahuje do obdobia dvoch rokov pred zaradením do evidencie uchádzačov o nezamestnanie, tak na obdobie trvania materskej dovolenky sa v rámci týchto dvoch rokov nemá neprihliadať a rozhodujúce obdobie sa má skrátiť o dobu trvania materskej dovolenky, aplikuje sa ust. § 108 ods. 3 prvá veta, podľa ktorej ak v rozhodujúcom období (podľa ods. 2 § 108 zákona) nie sú dva roky, za ktoré možno zistiť denný vymeriavací základ na určenie sumy dávky nezamestnanosti, denný vymeriavací základ sa zistí z tohto kratšieho obdobia. Žalobkyňa má za to, že žalovaná ako aj orgán verejnej správy prvého stupňa nesprávne právne posúdili danú vec v súlade s ust. § 250j ods. 2 písm. a/ O.s.p. a nedostatočne a nezrozumiteľne podľa § 250j ods. 2 písm. d/ O.s.p. Podľa jej názoru prišlo k omylu pri určení výšky vymeriavacieho základu bez zohľadnenia postupu podľa § 108 ods. 2 tretia veta v spojení s postupom podľa § 108 ods. 3 tretia veta. Výška vymeriavacieho základu nemá byť určená ako poistencovi, ktorý nemal v rozhodujúcom období vymeriavací základ, ale mal sa určiť z obdobia pred prerušením povinného porušenia v nezamestnanosti pred obdobím 27.11.2013 dva roky spätne s aplikáciou vylúčenia obdobia poberania materského. Na základe uvedených skutočností žalobkyňa žiada, aby súd zrušil obe rozhodnutia orgánu verejnej správy a vec vrátil žalovanej na ďalšie konanie. III. Vyjadrenie žalovanej Žalovaná vo svojom písomnom vyjadrení, ktoré bolo súdu doručené dňa 29.03.2016 uviedla, že oznámením Úradu práce a sociálnych vecí a rodiny Bratislava zo dňa 21.05.2015 bola žalobkyňa zaradená do evidencie uchádzačov o zamestnanie dňom 16.05.2015. Nárok na dávku v nezamestnanosti si uplatnila v Sociálnej poisťovni, pobočka Bratislava dňa 05.06.2015. Nakoľko žalobkyňa ku dňu zaradenia do evidencie uchádzačov o zamestnanie splnila podmienky nároku na dávku v nezamestnanosti v zmysle § 104 ods. 1 zákona o sociálnom poistení boli jej od 16.05.2015, t.j. odo dňa zaradenia do evidencie uchádzačov o zamestnanie priznaný nárok na dávku v nezamestnanosti na obdobie šiestych mesiacov. Rozhodujúcim obdobím na zistenie denného vymeriavacieho základu je v zmysle § 108 ods. 2 zákona o sociálnom poistení obdobie dvoch rokov predchádzajúcich v dňom, v ktorom vznikol nárok na dávku v nezamestnanosti, t.j. v prípade žalobkyne obdobie od 16.05.2013 do 15.05.2015. Z informačného systému sociálnej poisťovne bolo zistené, že žalobkyňa v rozhodujúcom období poberala od 16.05.2013 do 27.11.2013 materské a následne od 28.11.2013 do 15.05.2015 čerpala rodičovskú dovolenku, na základe čoho mala podľa § 26 ods. 1 zákona o sociálnom poistení prerušené povinné poistenie v nezamestnanosti. V rozhodujúcom období žalobkyňa nedosiahla žiadny vymeriavací základ na platenie poistného na poistenie v nezamestnanosti. Z uvedeného dôvodu sociálna poisťovňa postupovala v súlade s § 108 ods. 3 druhá veta zákona o sociálnom poistení a denný vymeriavací základ určila z vymeriavacieho základu uvedeného v § 138 ods. 2, ktorý bol platný ku dňu vzniku nároku na dávku v nezamestnanosti. Denný vymeriavací základ sa určí z vymeriavacieho základu uvedeného v § 138 ods. 5 zákona o sociálnom poistení v znení určenom ku dňu zaradenia do evidencie uchádzačov o zamestnanie, t.j. zo sumy vo výške 50% 1/12 všeobecného vymeriavacieho základu na kalendárny rok, ktorý dva roky predchádza kalendárnemu roku, v ktorom došlo k zaradeniu do evidencie uchádzačov o zamestnanie. V období od 01.1.2015 do 31.12.2015 je vymeriavací základ povinne nemocensky poistené a povinne dôchodkovo poistené samostatne zárobkovo činnej osoby, dobrovoľne nemocensky poistenej osoby, dobrovoľne dôchodkovo poistenej osoby a dobrovoľne poistenej osoby v nezamestnanosti mesačne najmenej vo výške 412,- eur. To znamená, že suma denného vymeriavacieho základu, na ktorý žalobkyni vznikol nárok v mesiaci máj 2015 je po zaokrúhlení na 4 desatinné miesta nahor vo výške 13,2904 eur a výška dávky nezamestnanosti za deň je 50% z uvedeného denného vymeriavacieho základu. V súvislosti s poukazom žalobkyne na § 108 ods. 3 tretia veta zákona o sociálnom poistení žalovaná uvádza, že v prípade žalobkyne nie je možné aplikovať uvedené zákonné ustanovenie, nakoľko do rozhodujúceho obdobia žalobkyne na zistenie denného vymeriavacieho základu spadá okrem obdobia rodičovskej dovolenky aj obdobie poberania materského, ktoré v zmysle zákona o sociálnom poistení nie je obdobím prerušenia povinného poistenia v nezamestnanosti. Z toho dôvodu sa denný vymeriavací základ na určenie sumy dávky v nezamestnanosti určil podľa § 108 ods. 3 druhá veta zákona o sociálnom poistení tak, ako je to uvedené vyššie. Podmienky vzniku a zániku sociálneho poistenia, vrátane podmienok nároku na dávku v nezamestnanosti a jej výšky, sú striktne stanovené zákonom o sociálnom poistení. Zákon o sociálnom poistení neobsahuje ustanovenia o odstránení tvrdosti zákona a neumožňuje sociálnej poisťovni povoliť výnimky pri nesplnení zákonných podmienok. Ak by sa denný vymeriavací základ na určenie dávky v nezamestnanosti žalobkyne mal určiť tak, ako to požaduje žalobkyňa v žalobe, t.j. z rozhodujúceho obdobia na zistenie denného vymeriavacieho základu by sa malo v zmysle § 108 ods. 2 tretia veta zákona o sociálnom poistení vylúčiť obdobie, počas ktorého sa jej poskytovalo materské. V takom prípade by bol spôsob výpočtu denného vymeriavacieho základu na určenie sumy dávky v nezamestnanosti druhej vety § 108 ods. 3 zákona o sociálnom poistení nadbytočný, čo je v rozpore s úmyslom zákonodarcu, nakoľko tento spôsob výpočtu denného vymeriavacieho základu na určenie sumy dávky v nezamestnanosti je upravený v tretej vete § 108 ods. 3 zákona o sociálnom poistení. V tejto súvislosti žalovaná poukázala na rozsudok Krajského súdu v Bratislave sp.zn. 5N 96/2013-37 zo dňa 08.07.2014, ktorým Krajský súd v Bratislave v obdobnej veci rozhodol tak, že žalobu zamietol. Vzhľadom na uvedené žalovaná žiada, aby súd žalobu ako nedôvodnú zamietol. IV. Právne posúdenie krajského súdu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3. časti O. s. p. predo dňom nadobudnutia jeho účinnosti. Z uvedeného ustanovenia vyplýva, že súd rozhodol danú vec už podľa Správneho súdneho poriadku. Podľa § 6 ods. 1 SSP, správne súdy v správnom súdnictve preskúmavajú na základe žalôb zákonnosť rozhodnutí orgánu verejnej správy, opatrení orgánu verejnej správy a iných zásahov orgánu verejnej správy, poskytuje ochranu pred nečinnosťou orgánu verejnej správy a rozhodujú v ďalších veciach ustanovených týmto zákonom. Podľa § 177 ods. 1 SSP, správnou žalobou sa žalobca môže domáhať ochrany svojich subjektívnych práv proti rozhodnutiu orgánu verejnej správy alebo opatrení orgánu verejnej správy. Podľa § 104 ods. 1 zákona o sociálnom poistení, Poistenec má nárok na dávku v nezamestnanosti, ak v posledných štyroch rokoch pred zaradením do evidencie nezamestnaných občanov hľadajúcich zamestnanie (ďalej len „evidencia nezamestnaných občanov“) bol poistený v nezamestnanosti najmenej tri roky, ak tento zákon neustanovuje inak. Podľa § 104a zákona o sociálnom poistení do obdobia poistenia v nezamestnanosti na nárok na dávku v nezamestnanosti sa započítava obdobie prerušenia povinného poistenia v nezamestnanosti zamestnanca z dôvodu čerpania rodičovskej dovolenky podľa osobitného predpisu. Podľa § 105 ods. 1 zákona o sociálnom poistení poistencovi, poistencovi, ktorý splnil podmienky nároku na dávku v nezamestnanosti, nárok na dávku v nezamestnanosti vzniká odo dňa zaradenia do evidencie nezamestnaných občanov a zaniká uplynutím podporného obdobia v nezamestnanosti. Podporné obdobie v nezamestnanosti pre poistenca uvedeného v § 104 ods. 1 a 3 je šesť mesiacov a pre poistenca uvedeného v § 104 ods. 2 sú štyri mesiace. Do podporného obdobia v nezamestnanosti sa nezapočítava obdobie, počas ktorého poistenec nemá nárok na výplatu dávky v nezamestnanosti z dôvodu uvedeného v § 106. Podľa § 107 zákona o sociálnom poistení dávka v nezamestnanosti sa poskytuje za dni. Podľa § 108 ods. 1 zákona o sociálnom poistení výška dávky v nezamestnanosti je 50% denného vymeriavacieho základu. Podľa § 108 ods. 1 zákona o sociálnom poistení denný vymeriavací základ na určenie sumy dávky v nezamestnanosti je podiel súčtu vymeriavacích základov, z ktorých poistenec zaplatil poistné na poistenie v nezamestnanosti alebo poistné na výsluhový príspevok podľa osobitného predpisu, dosiahnutých v rozhodujúcom období a počtu dní rozhodujúceho obdobia. Rozhodujúce obdobie na zistenie denného vymeriavacieho základu je obdobie dvoch rokov predchádzajúcich dňu, v ktorom vznikol nárok na dávku v nezamestnanosti. Z rozhodujúceho obdobia na zistenie denného vymeriavacieho základu sa vylučujú obdobia, za ktoré poistenec nie je povinný platiť poistné na poistenie v nezamestnanosti podľa § 140 alebo poistné na výsluhové zabezpečenie podľa osobitného predpisu. Denný vymeriavací základ sa zaokrúhľuje na štyri desatinné miesta nahor. Podľa § 108 ods. 3 zákona o sociálnom poistení, ak v rozhodujúcom období podľa odseku 2 nie sú dva roky, za ktoré možno zistiť denný vymeriavací základ na určenie sumy dávky v nezamestnanosti, denný vymeriavací základ sa zistí z tohto kratšieho obdobia. Ak poistenec nemal v rozhodujúcom období podľa odseku 2 vymeriavací základ na platenie poistného na poistenie v nezamestnanosti, denný vymeriavací základ sa určí z vymeriavacieho základu uvedeného v § 138 ods. 5, ktorý je platný ku dňu vzniku nároku na dávku v nezamestnanosti a zaokrúhľuje sa na štyri desatinné miesta nahor. Ak v rozhodujúcom období podľa odseku 2 je len obdobie poistenia v nezamestnanosti získané prerušením povinného poistenia v nezamestnanosti zamestnanca z dôvodu čerpania rodičovskej dovolenky, denný vymeriavací základ sa zisťuje z rozhodujúceho obdobia dvoch rokov predchádzajúcich začiatku prerušenia povinného poistenia v nezamestnanosti zamestnanca z dôvodu čerpania rodičovskej dovolenky. To platí aj pri opakovanom čerpaní rodičovskej dovolenky, ktorá bezprostredne nadväzuje na obdobie poistenia v nezamestnanosti zamestnanca počas poskytovania materského. Takto určený denný vymeriavací základ nesmie byť nižší ako denný vymeriavací základ podľa druhej vety. Podľa § 140 ods. 1 písm. a/ zákona o sociálnom poistení, zamestnanec, povinne nemocensky poistená a povinne dôchodkovo poistená samostatne zárobkovo činná osoba, dobrovoľne nemocensky poistená osoba, dobrovoľne dôchodkovo poistená osoba a dobrovoľne poistená osoba v nezamestnanosti nie sú povinní platiť poistné na nemocenské poistenie, poistné na dôchodkové poistenie a poistné na poistenie v nezamestnanosti v období, počas ktorého sa im poskytuje materské. Podľa § 26 ods. 1 písm. e/ zamestnancovi sa prerušuje povinné nemocenské poistenie, povinné dôchodkové poistenie a povinné poistenie v nezamestnanosti v období, v ktorom čerpá rodičovskú dovolenku podľa osobitného predpisu, ak ide o ženu a v období, v ktorom čerpá rodičovskú dovolenku podľa osobitného predpisu, a nemá nárok na materské, ak ide o muža. Podľa § 26 ods. 5 zákona o sociálnom poistení vznik prerušenia povinného nemocenského poistenia, povinného dôchodkového poistenia a povinného poistenia v nezamestnanosti podľa odsekov 1 až 4 sa posudzuje rovnako ako zánik povinného nemocenského poistenia, povinného dôchodkového poistenia a povinného poistenia v nezamestnanosti a skončenie prerušenia týchto poistení sa posudzuje rovnako ako vznik týchto poistení. Podľa § 138 ods. 5 zákona o sociálnom poistení vymeriavací základ povinne nemocensky poistenej a povinne dôchodkovo poistenej samostatne zárobkovo činnej osoby, dobrovoľne nemocensky poistenej osoby, dobrovoľne dôchodkovo poistenej osoby a dobrovoľne poistenej osoby v nezamestnanosti je mesačne najmenej vo výške 50 % jednej dvanástiny všeobecného vymeriavacieho základu za kalendárny rok, ktorý dva roky predchádza kalendárnemu roku, za ktorý sa platí poistné. Krajský súd v Bratislave ako súd vecne a miestne príslušný na konanie vo veci (§10 SSP) na nariadenom pojednávaní preskúmal napadnuté rozhodnutie v rozsahu dôvodov uvedených v žalobe (§ 182 SSP) a dospel k záveru, že napadnuté rozhodnutie orgánu verejnej správy boli v súlade so zákonom. Úlohou súdu v danej veci bolo preskúmať zákonnosť rozhodnutia žalovanej č. 48855-2/2015-BA zo dňa 11.09.2015, ktorým zamietla odvolanie žalobkyne a potvrdila rozhodnutie orgánu verejnej správy prvého stupňa č. 14841/2015-BAM-DvN zo dňa 12.06.2015. Súd po preskúmaní spisového materiálu, administratívneho spisu ako aj rozhodnutia žalovanej a prvostupňového rozhodnutia orgánu verejnej správy dospel k záveru, že neboli zistené žiadne skutočnosti, ktoré by odôvodňovali zmenu alebo zrušenie napadnutých rozhodnutí. Žalovaná sa vo svojom rozhodnutí vysporiadala so všetkými námietkami žalobkyne, ktoré uviedla vo svojom odvolaní. Súd vyhodnotil žalobné námietky uvedené v žalobe ako nedôvodné. Žalobkyňa namietala nesprávne právne posúdenie orgánov verejnej správy a nepreskúmateľnosť rozhodnutí pre nezrozumiteľnosť a nedostatok dôvodov. Konajúci súd mal za preukázané, že žalobkyni vznikol nárok na dávku v nezamestnanosti. Spornou otázkou v danej veci bolo za aké obdobie sa má zisťovať denný vymeriavací základ. Žalovaná má za to, že rozhodujúcim obdobím na zistenie denného vymeriavacieho základu je v zmysle § 108 ods. 2 zákona o sociálnom poistení obdobie dvoch rokov predchádzajúcich dňu, v ktorom vznikol nárok na dávku v nezamestnanosti . V danom prípade je to obdobie od 16.05.2013 do 15.05.2015. Žalobkyňa sa domnieva, že denný vymeriavací základ sa mal zistiť z obdobia dvoch rokov predchádzajúcich začiatku prerušenia povinného poistenia z dôvodu čerpania rodičovskej dovolenky a to v zmysle § 108 ods. 3 zákona o sociálnom poistení. Konajúci súd sa stotožnil s názorom žalovanej, že nebola splnená podmienka zakotvená priamo v ust. § 108 ods. 3 tretia veta zákona o sociálnom poistení a to, že sa v rozhodujúcom období nachádza len obdobie poistenia nezamestnanosti získané prerušením povinného poistenia nezamestnanosti zamestnanca z dôvodu čerpania rodičovskej dovolenky. V prípade žalobkyne do rozhodujúceho obdobia spadalo aj obdobie poberania materského, ktoré v zmysle zákona o sociálnom poistení nie je obdobím prerušenia poistenia v nezamestnanosti a preto aplikácia ust. § 108 ods. 3 tretia veta zákona o sociálnom poistení v jej prípade nebola možná. Na citované ust. § 138 ods. 5 zákona o sociálnom poistení odkazuje priamo ust. § 108 ods. 3 druhá veta zákona o sociálnom poistení, avšak neodkazuje na celé ustanovenie, ale konkrétne na jednu jeho časť nasledujúcim spôsobom: „ak poistenec nemá v rozhodujúcom období podľa ods. 2 vymeriavací základ na platenie poistného na poistenie v nezamestnanosti, denný vymeriavací základ sa určí z vymeriavacieho základu uvedeného v § 138 ods. 5“, čiže z ust. § 138 ods. 5 zákona o sociálnom poistení sa na účely situácie predpokladané ust. § 108 ods. 3 druhá veta zákona o sociálnom poistení uplatňuje len tá časť, ktorá uplatňuje určenie vymeriavacieho základu, nie však tá časť ustanovenia, ktorá určuje v akých prípadoch sa toto ustanovenie používa bežne. Denný vymeriavací základ sa určí z vymeriavacieho základu uvedeného v § 138 ods. 5 zákona o sociálnom poistení v znení účinnom ku dňu zaradenia do evidencie uchádzačov o zamestnanie, t.j. zo sumy vo výške 50% jednej dvanástiny všeobecného vymeriavacieho základu za kalendárny rok, ktorý dva roky predchádza kalendárnemu roku, v ktorom došlo k zaradeniu do evidencie uchádzačov o zamestnanie. Vymeriavací základ za rok 2013 bol v sume 9.888,- eur a teda 50% jednej dvanástiny tohto základu je suma 412,- eur. Do rozhodujúceho obdobia na zistenie denného vymeriavacieho základu, t.j. obdobia dvoch rokov predchádzajúcich dňu, v ktorom vznikol nárok na dávku v nezamestnanosti zasahuje žalobkyne obdobie poberania materského. Podľa § 108 ods. 3 druhá veta zákona o sociálnom poistení sa postupuje v prípadoch, ak poistenec nemá v rozhodujúcom období vymeriavací základ na platenie poistného na poistenie v nezamestnanosti. Podľa § 108 ods. 3 tretia veta zákona o sociálnom poistení sa postupuje v prípadoch, ak v rozhodujúcom období je len obdobie poistenia v nezamestnanosti získané prerušením povinného poistenia nezamestnanosti zamestnanca z dôvodu čerpania rodičovskej dovolenky. Konajúci súd má za to, že orgány verejnej správy presne a úplne zistili skutočný stav veci a za tým účelom si obstarali potrebné podklady pre rozhodnutie. V odôvodnení svojich rozhodnutí uviedli, ktoré skutočnosti boli podkladom pre ich vypracovanie, akými úvahami boli vedené orgány verejnej správy pre hodnotenie dôkazov, ako využili správnu úvahu pri použití právnych predpisov na základe ktorých rozhodli. Vzhľadom na uvedené Krajský súd po preskúmaní veci dospel k záveru, že orgány verejnej správy dostatočne zistili skutkový stav veci a tento aj po právnej stránke správne posúdili. Súd má za to, že napadnuté rozhodnutie žalovanej ako aj orgánu verejnej správy prvého stupňa bol z pohľadu žalobných dôvodov v súlade so zákonom a nakoľko námietky žalobkyne neodôvodňujú zrušenie napadnutého rozhodnutia žalobu v celom rozsahu podľa § 190 SSP zamietol. O trovách konania súd rozhodol podľa § 167 ods. 1 SSP tak, že správny súd prizná žalobcovi voči žalovanému právo na úplnú alebo čiastočnú náhradu dôvodmi naložených trov konania, ak má žalobca vo veci celkom alebo z časti úspech. Keďže žalobkyňa úspech vo veci nemala súd jej ich nepriznal.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https://www.kauzis.sk/judikatura/r/ECLI:SK:KSBA:2017:1015201965.1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