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2S/278/2015 z 28. 3. 2017</w:t>
      </w:r>
    </w:p>
    <w:p>
      <w:r>
        <w:t>Uznesenie Krajského súdu Bratislava z 28. marca 2017, sp. zn. 2S/278/2015, ECLI:SK:KSBA:2017:1015201972.1</w:t>
      </w:r>
    </w:p>
    <w:p>
      <w:r>
        <w:t>Súd: Krajský súd Bratislava</w:t>
      </w:r>
    </w:p>
    <w:p>
      <w:r>
        <w:t>Spisová značka: 2S/278/2015</w:t>
      </w:r>
    </w:p>
    <w:p>
      <w:r>
        <w:t>ECLI: ECLI:SK:KSBA:2017:1015201972.1</w:t>
      </w:r>
    </w:p>
    <w:p>
      <w:r>
        <w:t>Dátum vydania: 28. 3. 2017</w:t>
      </w:r>
    </w:p>
    <w:p>
      <w:r>
        <w:t>Forma: Uznesenie</w:t>
      </w:r>
    </w:p>
    <w:p>
      <w:pPr>
        <w:pStyle w:val="Heading2"/>
      </w:pPr>
      <w:r>
        <w:t>Text rozhodnutia</w:t>
      </w:r>
    </w:p>
    <w:p>
      <w:r>
        <w:t>Súd: Krajský súd Bratislava Spisová značka: 2S/278/2015 Identifikačné číslo súdneho spisu: 1015201972 Dátum vydania rozhodnutia: 29. 03. 2017 Meno a priezvisko sudcu, VSÚ: JUDr. Jeannette Hajdinová ECLI: ECLI:SK:KSBA:2017:1015201972.1 Uznesenie Krajský súd v Bratislave v právnej veci žalobcu: A. Q., narodený X.X.XXXX v obci T. N., zomrel XX.X.XXXX na území I. republiky, nepálsky štátny príslušník, nepálskej národnosti, adresa posledného trvalého pobytu v zahraničí: Thula N., okres I., kraj D. O., R. federatívna demokratická republika, proti žalovanému: Ministerstvo vnútra Slovenskej republiky - Migračný úrad, so sídlom v Bratislave, Pribinova 2, o preskúmanie zákonnosti rozhodnutia žalovaného č. KM-OLVS-91/2015/RK zo dňa 23.9.2015, takto r o z h o d o l : Krajský súd v Bratislave konanie z a s t a v u j e . Žiaden z účastníkov konania n e m á p r á v o na náhradu trov konania. o d ô v o d n e n i e : I. Priebeh administratívneho konania 1. Ministerstvo vnútra SR, Migračný úrad, rozhodnutím č. MU-PO-42-10/2015-Ž zo dňa 19.5.2015 podľa § 480/2002 Z.z. o azyle a o zmene a doplnení niektorých zákonov v znení neskorších predpisov (ďalej len zákon č. 480/2002 Z.z.) zastavilo konanie o udelenie azylu alebo o poskytnutie doplnkovej ochrany na území SR, o ktoré žalobca požiadal dňa 6.3.2015. 2. Minister vnútra SR ako príslušný správny orgán na konanie o rozklade rozhodnutím č. KM- OLVS-91/2015/RK zo dňa 23.9.2015 zamietol rozklad žalobcu a potvrdil prvostupňové rozhodnutie č. MU-PO-42-10/2015-Ž zo dňa 19.5.2015. II. Žaloba 3. Žalobca sa včas podanou žalobou zo dňa 25.11.2015, doručenou Krajskému súdu v Bratislave dňa 27.11.2015, domáhal zrušenia rozhodnutia žalovaného č. KM-OLVS-91/2015/RK zo dňa 23.9.2015 a vrátenia veci na ďalšie konanie. III. Vyjadrenie žalovaného 4. Žalovaný v písomnom vyjadrení navrhol potvrdiť napadnuté rozhodnutie. IV. Relevantná právna úprava 5.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 Podľa § 35 ods. 1 SSP procesnú subjektivitu má ten, kto má spôsobilosť mať práva a povinnosti, orgán verejnej správy a ten, komu ju zákon priznáva. 7.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8. Podľa § 63 ods. 1 zákona č. 160/2015 Z.z. Civilný sporový poriadok (ďalej len CSP) ak strana zomrie počas konania skôr, ako sa konanie právoplatne skončí, súd posúdi podľa povahy sporu, či má konanie zastaviť, alebo či v ňom môže pokračovať. 9. Podľa § 99 písm. g/ SSP správny súd konanie uznesením zastaví, ak odpadol dôvod na pokračovanie v konaní a nejde o prípady ustanovené v písmenách c/ a d/. V. Závery správneho súdu 10. Správny súd v priebehu konania zistil, že žalobca po začatí konania zomrel - dňa 14.8.2016 na území Slovenskej republiky, v Senci (úmrtný list je zapísaný v knihe úmrtí Matričného úradu Senec, vo zväzku 13, ročník 2016, strana 48, pod poradovým číslom 49). 11. Správny súd postupoval podľa § 63 ods. 1 CSP v spojení s § 25 SSP a skúmal, či úmrtie žalobcu je dôvodom na zastavenie konania alebo nie. Predmetom konania pred správnym súdom je preskúmanie zákonnosti rozhodnutia žalovaného o potvrdení prvostupňového rozhodnutia o zastavení konania vo veci žiadosti žalobcu o udelenie azylu na území Slovenskej republiky. Udelenie azylu je viazané na konkrétnu osobu žiadateľa a jeho presne špecifikované dôvody, pre ktoré o azyl žiada. Orgán verejnej správy v zmysle § 8 zákona č. 480/2002 Z.z. skúma splnenie zákonných kritérií na udelenie azylu konkrétnemu žiadateľovi na území Slovenskej republiky (existencia opodstatnených obáv z prenasledovania z rasových, národnostných alebo náboženských dôvodov, z dôvodov zastávania určitých politických názorov alebo príslušnosti k určitej sociálnej skupine, prenasledovanie za uplatňovanie politických práv a slobôd v krajine pôvodu). Preskúmavanie správnosti aplikácie zákona č. 480/2002 Z.z. vo vzťahu ku konkrétnemu subjektu (žiadateľovi o azyl) sa premietne aj do konania pred správnym súdom podľa Správneho súdneho poriadku. 12. Vychádzajúc z uvedených skutočností a citovaných právnych predpisov správny súd dospel k záveru, že úmrtie žalobcu - žiadateľa o udelenie azylu na území Slovenskej republiky - je dôvodom na zastavenie konania, pretože žiadna iná individuálne určená osoba nemôže zdieľať tie isté dôvody na udelenie azylu ako žalobca. Inými slovami, odpadol dôvod konania pred správnym súdom pre zánik spôsobilosti žalobcu na právne úkony, a teda aj jeho procesnej subjektivity v tomto konaní. Správny súd preto konanie zastavil podľa § 99 písm. g/ SSP v spojení s § 35 ods. 1, § 25 SSP a § 63 ods. 1 CSP. 13. O práve účastníkov konania na náhradu trov konania súd rozhodol podľa § 170 písm. b/ SSP a žiadnemu z účastníkov konania nepriznal právo na náhradu trov konania, pretože konanie bolo zastavené. 14.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