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8Sd/133/2015 z 19. 9. 2017</w:t>
      </w:r>
    </w:p>
    <w:p>
      <w:r>
        <w:t>Uznesenie Krajského súdu Bratislava z 19. septembra 2017, sp. zn. 8Sd/133/2015, ECLI:SK:KSBA:2017:1015201990.1</w:t>
      </w:r>
    </w:p>
    <w:p>
      <w:r>
        <w:t>Súd: Krajský súd Bratislava</w:t>
      </w:r>
    </w:p>
    <w:p>
      <w:r>
        <w:t>Spisová značka: 8Sd/133/2015</w:t>
      </w:r>
    </w:p>
    <w:p>
      <w:r>
        <w:t>ECLI: ECLI:SK:KSBA:2017:1015201990.1</w:t>
      </w:r>
    </w:p>
    <w:p>
      <w:r>
        <w:t>Dátum vydania: 19. 9. 2017</w:t>
      </w:r>
    </w:p>
    <w:p>
      <w:r>
        <w:t>Forma: Uznesenie</w:t>
      </w:r>
    </w:p>
    <w:p>
      <w:r>
        <w:t>Oblasť práva: Správne právo</w:t>
      </w:r>
    </w:p>
    <w:p>
      <w:pPr>
        <w:pStyle w:val="Heading2"/>
      </w:pPr>
      <w:r>
        <w:t>Text rozhodnutia</w:t>
      </w:r>
    </w:p>
    <w:p>
      <w:r>
        <w:t>Súd: Krajský súd Bratislava Spisová značka: 8Sd/133/2015 Identifikačné číslo súdneho spisu: 1015201990 Dátum vydania rozhodnutia: 20. 09. 2017 Meno a priezvisko sudcu, VSÚ: JUDr. Blanka Malichová ECLI: ECLI:SK:KSBA:2017:1015201990.1 Uznesenie Krajský súd v Bratislave v právnej veci navrhovateľky: K. Č., nar. XX.XX.XXXX, bytom L. XXXX/XX, XXX XX D., proti odporkyni: Sociálna poisťovňa ústredie, Ul. 29. augusta 8 - 10, Bratislava, v konaní o invalidný dôchodok, o preskúmanie rozhodnutia správneho orgánu vo veci dôchodkového poistenia č. XXX XXX XXXX X zo dňa 02.07.2015 takto r o z h o d o l : Konanie z a s t a v u j e . Žiaden z účastníkov nemá právo na náhradu trov konania. o d ô v o d n e n i e : 1. Navrhovateľka opravným prostriedkom zo dňa 07.08.2015, Krajskému súdu v Bratislave (ďalej iba „súd“) doručeným prostredníctvom odporkyne dňa 30.11.2015, žiadala preskúmať rozhodnutie odporkyne číslo XXX XXX XXXX X zo dňa 02.07.2015, ktorým zamietla žiadosť navrhovateľky o priznanie invalidného dôchodku. Na základe opravného prostriedku navrhovateľky, bol posudkovým lekárom Sociálnej poisťovne opätovne posudzovaný zdravotný stav navrhovateľky, a na základe zmeny v posudkových záveroch bol navrhovateľke rozhodnutím zo dňa 07.01.2016, invalidný dôchodok priznaný. 2. Podaním doručeným súdu dňa 05.09.2017 vzala navrhovateľka svoj návrh späť a žiadala konanie z dôvodu vyhovenia jej opravnému prostriedku v celom rozsahu,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 Podľa ods. 2 cit ust. pokiaľ v tejto hlave nie je ustanovené inak, použije sa primerane ustanovenie druhej hlavy s výnimkou § 250a. 2. Podľa ustanovenia § 246c ods. 1 prvej vety O. s. p., pre riešenie otázok, ktoré nie sú priamo upravené v tejto časti, sa použijú primerane ustanovenia prvej, tretej a štvrtej časti tohto zákona. 10.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11. V zmysle jeho ustanovení postupoval aj pri rozhodovaní o trovách konania,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https://www.kauzis.sk/judikatura/r/ECLI:SK:KSBA:2017:1015201990.1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