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2S/266/2015 z 18. 4. 2017</w:t>
      </w:r>
    </w:p>
    <w:p>
      <w:r>
        <w:t>Uznesenie Krajského súdu Bratislava z 18. apríla 2017, sp. zn. 2S/266/2015, ECLI:SK:KSBA:2017:1015201992.2</w:t>
      </w:r>
    </w:p>
    <w:p>
      <w:r>
        <w:t>Súd: Krajský súd Bratislava</w:t>
      </w:r>
    </w:p>
    <w:p>
      <w:r>
        <w:t>Spisová značka: 2S/266/2015</w:t>
      </w:r>
    </w:p>
    <w:p>
      <w:r>
        <w:t>ECLI: ECLI:SK:KSBA:2017:1015201992.2</w:t>
      </w:r>
    </w:p>
    <w:p>
      <w:r>
        <w:t>Dátum vydania: 18. 4. 2017</w:t>
      </w:r>
    </w:p>
    <w:p>
      <w:r>
        <w:t>Forma: Uznesenie</w:t>
      </w:r>
    </w:p>
    <w:p>
      <w:pPr>
        <w:pStyle w:val="Heading2"/>
      </w:pPr>
      <w:r>
        <w:t>Text rozhodnutia</w:t>
      </w:r>
    </w:p>
    <w:p>
      <w:r>
        <w:t>Súd: Krajský súd Bratislava Spisová značka: 2S/266/2015 Identifikačné číslo súdneho spisu: 1015201992 Dátum vydania rozhodnutia: 19. 04. 2017 Meno a priezvisko sudcu, VSÚ: JUDr. Vlastimil Pavlikovský ECLI: ECLI:SK:KSBA:2017:1015201992.2 Uznesenie Krajský súd v Bratislave v právnej veci žalobcov: 1) Ing. M. C., 8. mája XXX/XX, Z., 2) O.. L. X., W. XXX/XXX, O., 3) L.. V. O., B. 7, N., 4) L.. M. H., A. XXXXX/X, A., 5) O. R., R. XX, A., všetci zastúpení: POTOMA &amp; Co., s r.o., advokátska kancelária, Palisády 56, Bratislava, v mene ktorej koná JUDr. Michal Potoma, advokát a konateľ, proti žalovanému: VÁŠ KRAJ, Leškova 5, Bratislava, v konaní o preskúmanie zákonnosti rozhodnutí (uznesení) žalovaného zo dňa 01.11.2015 a zo dňa 10.11.2015, jednohlasne, takto r o z h o d o l : Krajský súd v Bratislave konanie z a s t a v u j e . Žiaden z účastníkov n e m á právo na náhradu trov konania. o d ô v o d n e n i e : 1. Žalobca sa žalobou podanou Krajskému súdu v Bratislave dňa 30.1.2015 domáhal preskúmania zákonnosti postupu a rozhodnutí (uznesení) žalovaného zo dňa 01.11.2015 a zo dňa 10.11.2015, ktorými boli zrušené doterajšie stanovy a prijaté nové stanovy politickej strany NÁŠ KRAJ (teraz s názvom SME RODINA) a zároveň bol zvolený nový predseda uvedenej politickej strany, a to O.. A. A. a po ňom následne O.. N. G.. 2. Výzvou zo dňa 06.02.2017 doručenou žalobcovi dňa 15.02.2017, bol žalobca vyzvaný na zaplatenie súdneho poplatku vo výške 140,- € podľa zákona č. 71/1992 Zb. o súdnych poplatkoch, položky 10 písm. a) sadzobníka súdnych poplatkov v lehote 10 dní odo dňa doručenia výzvy. Zároveň bol žalobca poučený o tom, že ak poplatok nebude zaplatený v určenej lehote, konanie sa v zmysle ustanovenia § 10 ods. 1 zákona č. 71/1992 Zb. o súdnych poplatkoch zastaví. 3. Podľa § 1 ods. 1 zákona č. 71/1992 Zb. o súdnych poplatkoch,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4. Podľa § 5 ods. 1 písm. a) zákona č. 71/1992 Zb.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5. Podľa § 8 ods. 1 zákona č. 71/1992 Zb. o súdnych poplatkoch, poplatok za podanie návrhu alebo žiadosti, poplatok za uplatnenie námietky zaujatosti v konkurznom konaní alebo reštrukturalizačnom konaní podľa osobitného predpisu a poplatok za konanie o dedičstve je splatný vznikom poplatkovej povinnosti. 6. Podľa § 9 ods. 7 zákona č. 71/1992 Zb. v konaní pred správnym súdom sa poplatok platí správnemu súdu, ktorý vo veci koná. V konaní o kasačnej sťažnosti sa poplatok platí súdu, ktorý napadnuté rozhodnutie vydá. 7. Podľa § 10 ods. 1 zákona č. 71/1992 Zb. o súdnych poplatkoch, ak nebol zaplatený poplatok splatný podaním žaloby, návrhu na začatie konania, dovolania alebo kasačnej sťažnosti, súd podľa § 9 &lt;aspi://module='ASPI'&amp;link='71/1992 Zb.%25239'&amp;ucin-k-dni='30.12.9999'&gt; vyzve poplatníka, aby poplatok zaplatil v lehote, ktorú určí, spravidla v lehote desiatich dní od doručenia výzvy; ak aj napriek výzve poplatok nebol zaplatený v lehote, súd konanie zastaví. O následkoch nezaplatenia poplatku musí byť poplatník vo výzve poučený. 8. Podľa § 10 ods. 3 zákona č. 71/1992 Zb. prvoinštančný súd zruší uznesenie o zastavení konania pre nezaplatenie súdneho poplatku, ak poplatník zaplatí súdny poplatok do konca lehoty na podanie odvolania. Prvoinštančný súd zruší uznesenie o zastavení konania pre nezaplatenie súdneho poplatku aj vtedy, ak bolo konanie prerušené podľa osobitného predpisu a správca v ňom pokračuje namiesto poplatníka. 9. Nakoľko žalobca súdny poplatok za žalobu nezaplatil a táto skutočnosť bráni vecnému vybaveniu žaloby, súd podľa § 10 ods. 1 zákona č. 71/1992 Zb. o súdnych poplatkoch konanie pre nezaplatenie súdneho poplatku zastavil. 10. O náhrade trov konania súd rozhodol podľa § 170 písm. b) SSP tak, že žiaden z účastníkov konania nemá právo na náhradu trov konania, nakoľko konanie bolo zastavené. 11. Toto rozhodnutie senát Krajského súdu v Bratislave prijal pomerom hlasov 3:0 (§ 3 ods. 9 zákona č. 757/2004 Z.z. v znení zákona č. 33/2011). Poučenie: Proti tomuto uzneseniu je prípustné odvolanie v lehote 15 dní odo dňa jeho doručenia na súde, proti ktorého uzneseniu smeruje, písomne a to vo troch vyhotoveniach ( § 355 ods. 2 v spojení s § 362 ods. 1 CSP). Odvolanie môže podať strana, v ktorej neprospech bolo rozhodnutie vydané ( § 359) . Odvolanie len proti odôvodneniu rozhodnutia nie je prípustné ( § 358 CSP). 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 364 CSP).</w:t>
      </w:r>
    </w:p>
    <w:p/>
    <w:p>
      <w:r>
        <w:t>Zdroj: KAUZIS.SK – https://www.kauzis.sk/judikatura/r/ECLI:SK:KSBA:2017:1015201992.2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