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10Sd/133/2015 z 16. 10. 2017</w:t>
      </w:r>
    </w:p>
    <w:p>
      <w:r>
        <w:t>Rozsudok Krajského súdu Bratislava z 16. októbra 2017, sp. zn. 10Sd/133/2015, ECLI:SK:KSBA:2017:1015202006.1</w:t>
      </w:r>
    </w:p>
    <w:p>
      <w:r>
        <w:t>Súd: Krajský súd Bratislava</w:t>
      </w:r>
    </w:p>
    <w:p>
      <w:r>
        <w:t>Spisová značka: 10Sd/133/2015</w:t>
      </w:r>
    </w:p>
    <w:p>
      <w:r>
        <w:t>ECLI: ECLI:SK:KSBA:2017:1015202006.1</w:t>
      </w:r>
    </w:p>
    <w:p>
      <w:r>
        <w:t>Dátum vydania: 16. 10.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10Sd/133/2015 Identifikačné číslo súdneho spisu: 1015202006 Dátum vydania rozhodnutia: 17. 10. 2017 Meno a priezvisko sudcu, VSÚ: JUDr. Beata Jurgošová ECLI: ECLI:SK:KSBA:2017:1015202006.1 ROZSUDOK V MENE SLOVENSKEJ REPUBLIKY Krajský súd v Bratislave sudkyňou JUDr. Beátou Jurgošovou v právnej veci navrhovateľky: P. P., bytom D. XXXX/XX, T. proti odporkyni: Sociálna poisťovňa ústredie, Ul. 29. augusta č. 8, Bratislava, o sirotský dôchodok, takto r o z h o d o l : Súd rozhodnutie odporkyne číslo XXX XXX XXXX X zo dňa 29.7 2015 v spojení so zmenovým rozhodnutím číslo XXX XXX XXXX X zo dňa 16.11.2015 potvrdzuje. Účastníkom náhradu trov konania nepriznáva. o d ô v o d n e n i e : Rozhodnutím číslo XXX XXX XXXX X zo dňa 29.7.2015 odporkyňa podľa ustanovenia § § 112 a § 260 ods. 1 zákona č. 461/2003 Z.z. o sociálnom poistení v znení neskorších predpisov a podľa § 49 zákona č. 100/1988 Zb. o sociálnom zabezpečení v znení neskorších predpisov navrhovateľke od 22. októbra 2015 odňala sirotský dôchodok a jeho výplatu súčasne zastavila. Rozhodnutím číslo XXX XXX XXXX X zo dňa 16.11.2015 odporkyňa podľa ustanovenia § § 112 a § 265 zákona č. 461/2003 Z.z. o sociálnom poistení v znení neskorších predpisov a podľa § 49 zákona č. 100/1988 Zb. o sociálnom zabezpečení v znení neskorších predpisov navrhovateľke od 22. októbra 2015 odňala sirotský dôchodok a jeho výplatu súčasne zastavila. Navrhovateľka návrhom zo dňa 22.8.2015 žiadala o preskúmanie rozhodnutia o odňatí sirotského dôchodku, nakoľko ešte je študentkou denného štúdia. Odporkyňa vo svojom písomnom vyjadrení zo dňa 14.1.2016 uviedla, navrhovateľka dovŕšila vek 26 rokov dňa XX.X.XXXX, a preto nárok na sirotský dôchodok jej zanikol. Napadnuté rozhodnutie číslo XXX XXX XXXX X zo dňa 29.7.2015 v spojení so zmenovým rozhodnutím zo dňa 16.11.2015 žiadala ako vecne správne potvrdiť. Súd preskúmal napadnuté rozhodnutie podľa § 250l a nasl. O.s.p., prejednal návrh navrhovateľky a dospel k záveru, že návrh nie je dôvodný. Súd vykonal dokazovanie výsluchom odporkyne, oboznámil sa s obsahom dávkového spisu odporkyne číslo XXX XXX XXXX X a s obsahom spisového materiálu a zistil tento skutkový stav. Na základe žiadosti odporkyňa priznala navrhovateľke sirotský dôchodok od 31.01.2000. Rozhodnutím zo dňa 10.06.2010 bol navrhovateľke od XX.XX.XXXX priznaný invalidný dôchodok. Rozhodnutím číslo XXX XXX XXXX X zo dňa 29. júla 2015 v spojení so zmenovým rozhodnutím zo dňa 16. novembra 2015 odporkyňa podľa ustanovenia § 112 a § 265 zákona č. 461/2003 Z.z. o sociálnom poistení v znení neskorších predpisov a podľa § 49 zákona č. 100/1988 Zb. o sociálnom zabezpečení v znení neskorších predpisov navrhovateľke od 22. októbra 2010 odňala sirotský dôchodok a jeho výplatu súčasne zastavila. Rozhodla tak s odôvodnením, že nárok na sirotský dôchodok zaniká podľa cit. ustanovenia zákona dovŕšením veku 26 roku dieťaťa. Zástupkyňa odporkyne sa v plnom rozsahu pridŕžala písomného vyjadrenia zo dňa 14.1.2016 a žiadala napadnuté rozhodnutie číslo XXX XXX XXXX X zo dňa 16.07.2015 v spojení s rozhodnutím číslo XXX XXX XXXX X zo dňa 16.11.2015 ako vecne správne a zákonné potvrdiť. Podľa § 76 ods. 5 zákona č. 461/2003 Z.z. o sociálnom poistení v znení zákona č. 555/2007 Z.z. nárok na sirotský dôchodok zaniká vždy dovŕšením 26. roku veku dieťaťa. Podľa § 112 ods. 2 cit. zákona dávka sa odníme, ak zanikol nárok na dávku alebo ak sa zistí, že sa dávka priznala neprávom. Podľa § 112 ods. 6 cit. zákona dávka sa odníme, zníži alebo jej výplata sa zastaví odo dňa nasledujúceho po dni, ktorým uplynulo obdobie, za ktoré sa dávka už vyplatila. V preskúmavanej veci súd zistil, že odporkyňa navrhovateľke rozhodnutím XXX XXX XXXX X zo dňa 16.11.2015 podľa ustanovenia § 112 a § 265 zákona č. 461/2003 Z.z. o sociálnom poistení v znení neskorších predpisov a podľa § 49 zákona č. 100/1955 Zb. o sociálnom zabezpečení v znení neskorších predpisov navrhovateľke od 22. októbra odňala sirotský dôchodok a jeho výplatu súčasne zastavila. Navrhovateľka, narodená dňa XX.X.XXXX dosiahla vek 26 rokov dňa XX.X.XXXX. Súd v tejto súvislosti konštatoval, že odporkyňa správne postupovala, keď sirotský dôchodok navrhovateľke od 22.10.2015 odňala, nakoľko dovŕšením veku 26 rokov nárok na sirotský dôchodok navrhovateľke zanikol. V danej veci navrhovateľke sa nepodarilo spochybniť správnosť rozhodnutia o odňatí sirotského dôchodku a zastavení jeho výplaty, mal súd za to, že o sirotskom dôchodku navrhovateľky bolo rozhodnuté správne a v súlade so zisteným skutkovým stavom. Súd z vyššie uvedených dôvodov napadnuté rozhodnutie číslo XXX XXX XXXX X zo dňa 29. júla 2015 v spojení so zmenovým rozhodnutím číslo XXX XXX XXXX X zo dňa 16. novembra 2015 podľa § 250q ods. 2 O.s.p. ako vecne správne potvrdil. O trovách konania súd rozhodol podľa § 250k ods. 1 v spojení s § 250l ods. 2 O.s.p. Navrhovateľka nebola v konaní úspešná a odporkyni zo zákona žiadne trovy konania neprislúchajú. V danom prípade súd postupoval podľa ustanovnenia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rozsudku je možné podať odvolanie do 15 dní odo dňa jeho doručenia na Krajskom súde v Bratislave. V odvolaní sa má popri všeobecných náležitostiach /§ 42 ods. 3/ uviesť, proti ktorému rozhodnutiu smeruje, v akom rozsahu sa napáda, v čom sa toto rozhodnutie alebo postup súdu považuje za nesprávny a čoho sa odvolateľ domáha. /§ 205 ods.1 O.s.p./</w:t>
      </w:r>
    </w:p>
    <w:p/>
    <w:p>
      <w:r>
        <w:t>Zdroj: KAUZIS.SK – https://www.kauzis.sk/judikatura/r/ECLI:SK:KSBA:2017:1015202006.1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