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5Scud/25/2015 z 23. 4. 2017</w:t>
      </w:r>
    </w:p>
    <w:p>
      <w:r>
        <w:t>Uznesenie Krajského súdu Bratislava z 23. apríla 2017, sp. zn. 5Scud/25/2015, ECLI:SK:KSBA:2017:1015202060.1</w:t>
      </w:r>
    </w:p>
    <w:p>
      <w:r>
        <w:t>Súd: Krajský súd Bratislava</w:t>
      </w:r>
    </w:p>
    <w:p>
      <w:r>
        <w:t>Spisová značka: 5Scud/25/2015</w:t>
      </w:r>
    </w:p>
    <w:p>
      <w:r>
        <w:t>ECLI: ECLI:SK:KSBA:2017:1015202060.1</w:t>
      </w:r>
    </w:p>
    <w:p>
      <w:r>
        <w:t>Dátum vydania: 23.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5Scud/25/2015 Identifikačné číslo súdneho spisu: 1015202060 Dátum vydania rozhodnutia: 24. 04. 2017 Meno a priezvisko sudcu, VSÚ: JUDr. Milota Tóthová ECLI: ECLI:SK:KSBA:2017:1015202060.1 Uznesenie Krajský súd v Bratislave v právnej veci navrhovateľa A. G., T. V. XX, P.-J. P.R., P. I. V. T. XX J., F.-K.- Q., F. XX X D., J. P. R. T. I. J. Í., proti odporkyni Sociálnej poisťovni ústredie, Ul. 29. augusta č. 8-10, Bratislava o preskúmanie rozhodnutia odporkyne takto r o z h o d o l : Krajský súd v Bratislave postupuje vec Krajskému súdu v Košiciach. o d ô v o d n e n i e : Návrh na preskúmanie rozhodnutia vydaného odporkyňou číslo XXX XXX XXXX X zo dňa 1.10.2015 bol podaný prostredníctvom odporkyne dňa 10.12.2015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zamietnutí žiadosti navrhovateľa o starobný dôchodok, na preskúmanie ktorého je vecne príslušný krajský súd podľa tretej hlavy piatej časti Občianskeho súdneho poriadku. V danom prípade má navrhovateľ trvalé bydlisko V. XX, P.-J. P., a preto jeho všeobecným súdom je súd určený podľa § 85 ods. 1 O.s.p., ktorý je v obvode Krajského súdu v Košiciach (§ 85a ods. 1 O.s.p.). Nie je teda daná miestna príslušnosť Krajského súdu v Bratislave podľa § 246a ods. 2 O.s.p. a miestne príslušným na konanie vo veci je Krajský súd v Košiciach, ktorému bude vec postúpená po právoplatnosti tohto uznesenia.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nie je možné podať odvolanie. (§ 246c ods. 1 O.s.p.)</w:t>
      </w:r>
    </w:p>
    <w:p/>
    <w:p>
      <w:r>
        <w:t>Zdroj: KAUZIS.SK – https://www.kauzis.sk/judikatura/r/ECLI:SK:KSBA:2017:1015202060.1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