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9Sp/138/2015 z 5. 6. 2017</w:t>
      </w:r>
    </w:p>
    <w:p>
      <w:r>
        <w:t>Rozsudok Krajského súdu Bratislava z 5. júna 2017, sp. zn. 9Sp/138/2015, ECLI:SK:KSBA:2017:1015202080.1</w:t>
      </w:r>
    </w:p>
    <w:p>
      <w:r>
        <w:t>Súd: Krajský súd Bratislava</w:t>
      </w:r>
    </w:p>
    <w:p>
      <w:r>
        <w:t>Spisová značka: 9Sp/138/2015</w:t>
      </w:r>
    </w:p>
    <w:p>
      <w:r>
        <w:t>ECLI: ECLI:SK:KSBA:2017:1015202080.1</w:t>
      </w:r>
    </w:p>
    <w:p>
      <w:r>
        <w:t>Dátum vydania: 5. 6. 2017</w:t>
      </w:r>
    </w:p>
    <w:p>
      <w:r>
        <w:t>Forma: Rozsudok</w:t>
      </w:r>
    </w:p>
    <w:p>
      <w:r>
        <w:t>Oblasť práva: Správne právo</w:t>
      </w:r>
    </w:p>
    <w:p>
      <w:pPr>
        <w:pStyle w:val="Heading2"/>
      </w:pPr>
      <w:r>
        <w:t>Text rozhodnutia</w:t>
      </w:r>
    </w:p>
    <w:p>
      <w:r>
        <w:t>Súd: Krajský súd Bratislava Spisová značka: 9Sp/138/2015 Identifikačné číslo súdneho spisu: 1015202080 Dátum vydania rozhodnutia: 06. 06. 2017 Meno a priezvisko sudcu, VSÚ: JUDr. Beata Jurgošová ECLI: ECLI:SK:KSBA:2017:1015202080.1 ROZSUDOK V MENE SLOVENSKEJ REPUBLIKY Krajský súd v Bratislave sudkyňou JUDr. Beátou Jurgošovou v právnej veci navrhovateľa: POHOTOVOSŤ, s.r.o., Pribinova 25, Bratislava proti odporcovi: Okresný úrad Pezinok, katastrálny odbor, Radničné nám. 7, Pezinok za účasti: F. Č., bytom Y. XXXX/X, C., o preskúmanie zákonnosti rozhodnutia odporcu zo dňa 03.09.2015, č. V 2380/2015, takto r o z h o d o l : Súd rozhodnutie odporcu č. V 2380/2015 zo dňa 03.09.2015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zamietol návrh na vklad záložného práva do katastra nehnuteľností, na základe Zmluvy o zriadení záložného práva č. 163/2015-RAČ uzavretej dňa 05.05.2015 medzi navrhovateľom ako záložným veriteľom a F. Č.Č. ako záložcom, v zastúpení DSS Nestor o.z., (predtým ProHelp - združenie občianskoprávnej pomoci). Svoje rozhodnutie odôvodnil rozporom uzavretej zmluvy s ustanovením § 22 ods. 2OZ, keď zastúpený záložca (dlžník zo zmluvy o úvere) pri uzatvorení dohody o splnomocnení nemal možnosť voľby svojho zástupcu. Poukázal na to, že v prípade záložných zmlúv je predávajúcim, resp. dodávateľom záložný veriteľ, v tomto prípade Pohotovosť s.r.o., a na mieste spotrebiteľa je záložca resp. dlžník, ktorý je v tomto prípade zastúpený spol. DSS Nestor, o. z..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 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 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6. júna 2017 nedostavil, svoju neúčasť na ňom ospravedlnil a súhlasil, aby súd rozhodol v jeho neprítomnosti. Odporca sa nedostavil na pojednávanie. Účastníčka konania F. Č. sa nedostavila na pojednávanie, svoju neúčasť neospravedlnila. Podľa § 492 ods. 1 SSP konania podľa tretej hlavy piatej časti Občianskeho súdneho poriadku začaté predo dňom nadobudnutia účinnosti tohto zákona sa dokončia podľa doterajších predpisov.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37 ods. 1 a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(teraz: DSS Nestor o.z., Stred 449, 027 05 Zázrivá)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https://www.kauzis.sk/judikatura/r/ECLI:SK:KSBA:2017:1015202080.1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