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1S/300/2015 z 6. 12. 2017</w:t>
      </w:r>
    </w:p>
    <w:p>
      <w:r>
        <w:t>Uznesenie Krajského súdu Bratislava z 6. decembra 2017, sp. zn. 1S/300/2015, ECLI:SK:KSBA:2017:1015202088.2</w:t>
      </w:r>
    </w:p>
    <w:p>
      <w:r>
        <w:t>Súd: Krajský súd Bratislava</w:t>
      </w:r>
    </w:p>
    <w:p>
      <w:r>
        <w:t>Spisová značka: 1S/300/2015</w:t>
      </w:r>
    </w:p>
    <w:p>
      <w:r>
        <w:t>ECLI: ECLI:SK:KSBA:2017:1015202088.2</w:t>
      </w:r>
    </w:p>
    <w:p>
      <w:r>
        <w:t>Dátum vydania: 6. 12. 2017</w:t>
      </w:r>
    </w:p>
    <w:p>
      <w:r>
        <w:t>Forma: Uznesenie</w:t>
      </w:r>
    </w:p>
    <w:p>
      <w:pPr>
        <w:pStyle w:val="Heading2"/>
      </w:pPr>
      <w:r>
        <w:t>Text rozhodnutia</w:t>
      </w:r>
    </w:p>
    <w:p>
      <w:r>
        <w:t>Súd: Krajský súd Bratislava Spisová značka: 1S/300/2015 Identifikačné číslo súdneho spisu: 1015202088 Dátum vydania rozhodnutia: 07. 12. 2017 Meno a priezvisko sudcu, VSÚ: JUDr. Anna Peťovská PhD. ECLI: ECLI:SK:KSBA:2017:1015202088.2 Uznesenie Krajský súd v Bratislave v právnej veci žalobcu: P. B., F.H. XX, XXX XX B., proti žalovanej: Sociálna poisťovňa, ústredie, Ul. 29. augusta 8, 813 63 Bratislava, o vyplatenie dávky a dovolenky z garančného fondu Sociálnej poisťovne, ústredie, takto r o z h o d o l : Krajský súd v Bratislave žalobu o d m i e t a . Žiaden z účastníkov konania n e m á právo na náhradu trov konania. o d ô v o d n e n i e : 1. Žalobca sa žalobou doručenou Krajskému súdu v Bratislave ako správnemu súdu dňa 15.12.2015 domáhal od žalovanej vyplatenia dávky z garančného fondu a tiež preplatenia dovolenky 18 dní z dôvodu, že pracoval u spoločnosti SBS Kraken s.r.o. a SBS Delta s.r.o. a jeho pracovný pomer bol ukončený z organizačných dôvodov zo strany zamestnávateľa a od spoločnosti a od jeho zamestnávateľov SBS Kraken s.r.o. a SBS Delta s.r.o. mu nebola vyplatená dovolenka za 18 dní a plat. 2. Žalobca svoje podanie adresoval i Okresnému súdu Bratislava I. Lustráciou bolo zistené, že žalobca na Okresnom súde Bratislava I dňa 11.06.2015 podal odvolanie proti rozhodnutiu Sociálnej poisťovne, ústredie č. 36271-3/2015-BA zo dňa 20.05.2015 a žiadal o vyplatenie dávky z garančného poistenia z dôvodu, že jeho zamestnávateľ Delta Security s.r.o. je platobne neschopný. Vec bola vedená na Okresnom súde Bratislava I pod sp. zn. 23C/155/2015. Podaním zo dňa 14.12.2015 a doručeným Okresnému súdu Bratislava I dňa 14.12.2015 žalobca požiadal o vyplatenie dávky z garančného fondu (odstupného) a dovolenky 18 dní, pretože jeho zamestnávateľ spoločnosť SBS Kraken s.r.o. a SBS Delta Security s.r.o. skončil s ním pracovný pomer z organizačných dôvodov na strane zamestnávateľa. 3. Uznesením Okresného súdu Bratislava I č.k. 23C/155/2015-43 zo dňa 02.05.2016 bola vec sp. zn. 23C/155/2015 postúpená Krajskému súdu v Bratislave. Vec bola dňa 11.08.2017 na Krajskom súde v Bratislave zapísaná pod sp. zn. 6Sa/71/2017. 4. Podľa § 98 ods. 1 písm. b) zákona č. 162/2015 Z.z. Správny súdny poriadok (ďalej len „SSP“), správny súd uznesením odmietne žalobcu, ak o tej istej veci toho istého žalobcu už prebieha pred správnym súdom skôr začaté iné konanie. 5. Podľa § 170 písm. a) SSP, žiaden z účastníkov konania nemá právo na náhradu trov konania, ak žaloba bola odmietnutá. 6. Správny súd zistil, že na Krajskom súde v Bratislave o tej istej veci žalobcu (vyplatenie dávky z garančného poistenia a dovolenky 18 dní z dôvodu skončenia pracovného pomeru žalobcu u jeho zamestnávateľov - SBS Kraken s.r.o. a SBS Delta Security s.r.o.) prebieha na Krajskom súde v Bratislave skôr začaté konanie vedené pod sp. zn. 6Sa/71/2017, ktoré začalo dňa 11.06.2015. Konanie vedené pod sp. zn. 1S 300/2015 začalo dňa 15.12.2015, kedy žalobca doručil krajskému súdu žalobu. Keďže konanie vedené pod sp. zn. 6Sa/71/2017 začalo skôr, t.j. 11.06.2015 ako konanie 1S/300/2015, ktoré začalo dňa 15.12.2015, a jedná sa o tú istú vec toho istého žalobcu, správny súd uznesením žalobu vedenú pod sp. zn. 1S/300/2015 podľa § 98 ods. 1 písm. b) SSP odmietol. 7. O trovách konania súd rozhodol podľa § 170 písm. a) SSP a žiadnemu z účastníkov konania nepriznal právo na náhradu trov konania, keďže žaloba bola odmietnutá. 8. Toto rozhodnutie senát Krajského súdu v Bratislave prijal pomerom hlasov 3:0 (§ 3 ods. 9 zákona č. 757/2004 Z.z. v znení zákona č. 33/2011 Z.z.).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https://www.kauzis.sk/judikatura/r/ECLI:SK:KSBA:2017:1015202088.2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