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10Sd/142/2015 z 16. 10. 2017</w:t>
      </w:r>
    </w:p>
    <w:p>
      <w:r>
        <w:t>Rozsudok Krajského súdu Bratislava z 16. októbra 2017, sp. zn. 10Sd/142/2015, ECLI:SK:KSBA:2017:1015202105.2</w:t>
      </w:r>
    </w:p>
    <w:p>
      <w:r>
        <w:t>Súd: Krajský súd Bratislava</w:t>
      </w:r>
    </w:p>
    <w:p>
      <w:r>
        <w:t>Spisová značka: 10Sd/142/2015</w:t>
      </w:r>
    </w:p>
    <w:p>
      <w:r>
        <w:t>ECLI: ECLI:SK:KSBA:2017:1015202105.2</w:t>
      </w:r>
    </w:p>
    <w:p>
      <w:r>
        <w:t>Dátum vydania: 16. 10. 2017</w:t>
      </w:r>
    </w:p>
    <w:p>
      <w:r>
        <w:t>Forma: Rozsudok</w:t>
      </w:r>
    </w:p>
    <w:p>
      <w:r>
        <w:t>Oblasť práva: Správne právo</w:t>
      </w:r>
    </w:p>
    <w:p>
      <w:pPr>
        <w:pStyle w:val="Heading2"/>
      </w:pPr>
      <w:r>
        <w:t>Text rozhodnutia</w:t>
      </w:r>
    </w:p>
    <w:p>
      <w:r>
        <w:t>Súd: Krajský súd Bratislava Spisová značka: 10Sd/142/2015 Identifikačné číslo súdneho spisu: 1015202105 Dátum vydania rozhodnutia: 17. 10. 2017 Meno a priezvisko sudcu, VSÚ: JUDr. Beata Jurgošová ECLI: ECLI:SK:KSBA:2017:1015202105.2 ROZSUDOK V MENE SLOVENSKEJ REPUBLIKY Krajský súd v Bratislave sudkyňou JUDr. Beátou Jurgošovou v právnej veci navrhovateľky: I. Ž., bytom F. XXX/XX, T. proti odporkyni: Sociálna poisťovňa ústredie v Bratislave, Ul. 29. augusta č. 8, Bratislava, o invalidný dôchodok, takto r o z h o d o l : Súd rozhodnutie odporkyne číslo XXX XXX XXXX X zo dňa 13.11.2015 potvrdzuje. Účastníkom náhradu trov konania nepriznáva. o d ô v o d n e n i e : Rozhodnutím číslo XXX XXX XXXX X zo dňa 13.11.2015 odporkyňa podľa § 112 ods. 2 a 6, § 70 a § 71 zákona č. 461/2003 Z.z. o sociálnom poistení v znení neskorších predpisov navrhovateľke odňala od 14. januára 2016 invalidný dôchodok. Rozhodla tak s odôvodnením, že podľa posudku posudkového lekára Sociálnej poisťovne, pobočky Bratislava zo dňa 23. októbra 2015, navrhovateľka nie je od 23. októbra 2015 invalidná podľa § 71 ods. 1 zákona č. 461/2003 Z.z., lebo pre dlhodobo nepriaznivý zdravotný stav nemá pokles schopnosti vykonávať zárobkovú činnosť o viac ako 40% v porovnaní so zdravou fyzickou osobou, a nárok na invalidný dôchodok jej zanikol. Miera poklesu schopnosti vykonávať zárobkovú činnosť je 35 %. Navrhovateľka návrhom zo dňa 17.12.2015 žiadala preskúmať rozhodnutie odporkyne a žiadala o nové posúdenie svojho zdravotného stavu. Súd preskúmal napadnuté rozhodnutie podľa § 250l a nasl. O.s.p., prejednal návrh navrhovateľky a dospel k záveru, že návrh nie je dôvodný. Súd vykonal dokazovanie výsluchom navrhovateľky a odporkyne, posudkom posudkového lekára Sociálnej poisťovne pobočky Bratislava zo dňa 23.10.2015 a 1.6.2016, posudkom posudkového lekára Sociálnej poisťovne ústredie Bratislava zo dňa 29.6.2016 a 23.8.2017,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Podľa § 112 ods. 2 zákona č. 461/2003 Z.z. o sociálnom poistení v znení neskorších predpisov dávka sa odníme, ak zanikol nárok na dávku alebo ak sa zistí, že sa dávka priznala neprávom. Podľa § 112 ods. 6 zákona č. 461/2003 Z.z. o sociálnom poistení v znení neskorších predpisov dávka sa odníme, zníži alebo jej výplata sa zastaví odo dňa nasledujúceho po dni, ktorým uplynulo obdobie, za ktoré sa dávka už vyplatila. V posudzovanej veci bol navrhovateľke od 14.1.2016 odňatý invalidný dôchodok. Podľa posudku posudkového lekára sociálneho poistenia Sociálnej poisťovne pobočky Bratislava zo dňa 23.10.2015, navrhovateľka nie je invalidná podľa § 71 ods. 1 zákona č. 461/2003 Z.z. o sociálnom poistení v znení neskorších predpisov, lebo má mieru poklesu schopnosti vykonávať zárobkovú činnosť 35 % v porovnaní so zdravou fyzickou osobou. Rozhodujúcim zdravotným postihnutím u navrhovateľky bolo zdravotné postihnutie zaradené do kapitoly XV, oddiel E, položka 3 písm. b) prílohy č. 4 zákona č. 461/2003 Z.z., kde mieru poklesu schopnosti vykonávať zárobkovú činnosť stanovil na 35 %. Na ostatné ochorenia, ktoré nie sú rozhodujúcim zdravotným postihnutím, ale svojou podstatou neovplyvňujú funkčný stav organizmu, posudkový lekár nenavýšil percentuálnu mieru poklesu schopnosti zárobkovej činnosti o 0 % (najviac o 10 %). Navrhovateľka podala dňa 17.12.2015 opravný prostriedok, v ktorom namietala posúdenie zdravotného stavu. Posudkový lekár Sociálnej poisťovne pobočka Bratislava v posudku zo dňa 1. júna 2016 uviedol, že navrhovateľka je v dlhodobej starostlivosti neurológa pre bolesti driekovej chrbtice, v roku 2013 pre uvedené ťažkosti s vyžarovaním do pravej nohy bola hospitalizovaná. Realizované vyšetrenie magnetickou rezonanciou potvrdilo herniu medzistavcovej platničky L5/S1, EMG vyšetrenie ľahké poškodenie koreňa L5 vpravo. Na základe predložených odborných nálezov (neurológa, ortopéda) a vlastným vyšetrením konštatoval, že sa jedná o mierne funkčné postihnutie, prítomné sú prejavy nervového a svalového dráždenia spĺňajúce kritériá lumboischialgického syndrómu. Mieru poklesu schopnosti vykonávať zárobkovú činnosť určil v príslušnej položke a bod na hornej hranici percentuálneho rozpätia vo výške 35 % (horná hranica bola zvolená aj s ohľadom na ťažkosti s krčnou chrbticou a bolesťou pravého pleca, veľmi pravdepodobne s príčinnou súvislosťou s chronickým preťažovaním pravej ruky pri pracovnom stereotype). Pre iné zdravotné postihnutia (zníženú činnosť štítnej žľazy na nízkych dávkach substitučnej liečby, nedoslýchavosť a šumenie pravého ucha, počínajúcu artrózu kolien), percentuálnu mieru nezvýšil, nakoľko sa nejedná o posudkovo významné ochorenia (resp. ich štádiá). Na základe uvedeného je MPSVZČ vo výške 35 %, invalidita zanikla dňom posúdenia, t.j. 23.10.2015. Posudkový lekár Sociálnej poisťovne ústredie Bratislava v posudku zo dňa 29. júna 2016 uviedol, že navrhovateľka bola uznaná invalidnou od 6.6.2014 s MPSVZČ 50 %. Dňa 23.10.2015 pri KLP v Sociálnej poisťovni, pobočka Bratislava, nebola uznaná invalidnou, došlo k zániku invalidity od 23.10.2015, MPSVZČ bola určená na 35 % na rozhodujúce zdravotné postihnutie. K posúdeniu zdravotného stavu, navrhovateľka doložila kontrolné ortopedické vyšetrenie zo dňa 16.6.2016 so záverom: obe kolená bez náplne, syn. reakcia viac vpravo. Uvedený nález nemá význam z hľadiska posudzovania invalidity. Po podrobnom preskúmaní celej posudkovej spisovej dokumentácie, novo doloženého vyšetrenia, ako i po vlastnom vyšetrení konštatoval, že posúdenie zdravotného stavu navrhovateľky dňa 23.10.2015 a 1.6.2016 bolo správne. Invalidita zanikla 23.10.2015. Posudkový lekár Sociálnej poisťovne ústredie Bratislava v posudku zo dňa 23. augusta 2017 uviedol, že z predložených lekárskych nálezov vyplýva, že navrhovateľka navštevuje neurológa pre bolesti v krčnej a bedrovej chrbtici so stavmi, kedy ju bolí aj hrudná chrbtica. Ochorenie je spôsobené degeneratívnymi zmenami na stavcoch chrbtice, nie sú však prítomné výrazné kompresívne prejavy útlaku miešnych koreňov, ani periferné parézy a hypotrofie svalov. Tomuto rozhodujúcemu zdravotnému stavu prislúcha MPSVZČ 35 %, čo je horná hranica rozpätia. Úraz kolena nie je posudkovo významná záležitosť, stav vyžaduje rehabilitáciu a šetrenie. Ochorenie štítnej žľazy je stabilizované, v liečbe. Porucha kostnej denzity zatiaľ nevyžaduje liečebné zásahy. Uvedené ochorenia nie sú podkladom na navýšenie základnej miery poklesu. Výsledná miera poklesu je aj naďalej 35 %. Stav v súčasnosti nezakladá uznanie invalidity. Ide o mierne funkčné postihnutie. Invalidita s MPSVZČ 50 % bola uznaná, možno pre akútne ochorenie, ale stav sa upravil na súčasný, ktorý je síce dlhodobý, ale nie je závažný. Uviedol, že navrhovateľka nie je invalidná podľa § 71 ods. 1 zákona č. 461/2003 Z.z. o sociálnom poistení, lebo pre dlhodobo nepriaznivý zdravotný stav nemá pokles schopnosti vykonávať zárobkovú činnosť o viac ako 40 % v porovnaní so zdravou fyzickou osobou. Navrhovateľka na pojednávaní predložila kópie ambulantných správ ohľadne jej zdravotného stavu ako aj kontrolné vyšetrenia. Uviedla, že berie lieky a zobúdza sa na bolesti. Zástupkyňa odporkyne žiadala rozhodnutie zo dňa 13.11.2015 ako vecne správne potvrdiť. Posudkoví lekári sociálneho poistenia Sociálnej poisťovne pobočka Bratislava ako aj posudkoví lekári sociálneho poistenia Sociálnej poisťovne ústredie Bratislava vo svojich vyššie uvedených posudkoch zohľadnili všetky navrhovateľkou uvádzané ťažkosti a vysporiadali sa s lekárskymi nálezmi nachádzajúcimi sa v zdravotnej dokumentácii navrhovateľky. Podľa záverov posudkových lekárov sociálneho poistenia zhoršenie zdravotného stavu navrhovateľky nie je na takej úrovni, ktorá by podľa ustanovenia § 71 zákona č. 461/2003 Z.z. o sociálnom poistení v znení neskorších predpisov zakladala vznik invalidity. Posudkoví lekári sociálneho poistenia zotrvali na pôvodnom posudku, že navrhovateľka nie je invalidná, lebo má mieru poklesu schopnosti vykonávať zárobkovú činnosť 35 % v porovnaní so zdravou fyzickou osobou. Navrhovateľka predloženými odbornými lekárskymi nálezmi nepreukázala, že jej zdravotný stav odôvodňuje vznik invalidity. Posudkový lekár určil, že rozhodujúcim zdravotným postihnutím u navrhovateľky sú choroby podporného a pohybového aparátu, dorzopatia, deformujúca dorzopatia a spondylopatia, degeneratívne zmeny na chrbtici a medzistavcových platničkách s miernym funkčným postihnutím, s prejavmi nervového a svalového dráždenia (napr. syndróm cervikokraniálny, cervikobrachiálny, lumbálny, lumbosakrálny a syndróm sakroiliakálneho skĺbenia blokády stavcov), slabosť svalového korzetu, obmedzenie pohybu v postihnutom úseku (kapitola XV., oddiel E, položka 3.b) prílohy č. 4 zákona č. 461/2003 Z.z.). Určil mieru poklesu schopnosti vykonávať zárobkovú činnosť 35 %. Za ostatné ochorenia percentuálnu mieru nezvýšil, nakoľko sa nejedná o posudkovo významné ochorenia. Celková miera poklesu schopnosti vykonávať zárobkovú činnosť u navrhovateľky je 35 %. Navrhovateľka nie je invalidná podľa § 71 ods. 1 zákona č. 461/2003 Z.z. o sociálnom poistení, lebo pre dlhodobo nepriaznivý zdravotný stav nemá pokles schopnosti vykonávať zárobkovú činnosť o viac ako 40 % v porovnaní so zdravou fyzickou osobou. Zistenia posudkových lekárov neboli spochybnené ani v súdnom konaní, nakoľko ani novšie lekárske nálezy nepreukázali zhoršenie zdravotného stavu navrhovateľky. Závery posudkov posudkových lekárov sú odborné, presvedčivé, náležite zdôvodnené a súd nezistil rozpor medzi ich závermi a zisteným skutočným stavom. Krajský súd preto z vyššie uvedených dôvodov napadnuté rozhodnutie odporkyne číslo XXX XXX XXXX X zo dňa 13.11.2015 podľa § 250q ods. 2 O.s.p. ako vecne správne potvrdil. O trovách konania súd rozhodol podľa § 250k ods. 1 v spojení s § 250l ods. 2 O.s.p. Navrhovateľka nebola v konaní úspešná,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https://www.kauzis.sk/judikatura/r/ECLI:SK:KSBA:2017:1015202105.2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